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Future Intentions with 'Be Going To'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pola kalimat 'Subject + is/am/are + going to + Verb 1'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Menanyakan rencana liburan teman menggunakan 'Where are you going to go next holiday?'.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draf rencana perjalanan (travel itinerary) mengunjungi museum atau cagar budaya.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Mengekspresikan rencana masa depan yang sudah dipersiapkan (intentions &amp; plans) menggunakan pola kalimat 'be going to + Verb 1' dalam konteks merencanakan liburan studi wisata.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Formula 'Be Going To' for Future Plans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positif, negatif, dan tanya dengan am/is/are going to + V1.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Future Time Markers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tomorrow, next Sunday, tonight, next holiday dalam kalimat rencana.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Planning a Class Farewell Trip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diskusi kelompok merencanakan kegiatan perpisahan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Joshua ... visit his grandmother in Solo next Sunday.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are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am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going to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Subjek tunggal 'Joshua' menggunakan to be 'is', sehingga formulanya adalah 'is going to visit'.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We ... study together for the final exam tomorrow afternoon.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are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am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was going to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Subjek 'We' menggunakan to be 'are': 'are going to study'.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A: "What are you going to do during the school holiday?"</w:t>
        <w:br/>
        <w:t>B: "I ... take a swimming course."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am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is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are going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will going to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Subjek 'I' berpasangan dengan 'am going to'.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What is the correct negative form of 'She is going to buy a new bag'?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She not is going to buy a new bag.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She is not going to buy a new bag.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She does not going to buy a new bag.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She is going to not buy a new bag.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Pola negatif: Subject + to be + not + going to + V1: 'She is not going to buy'.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They are going to ... traditional dance in the school farewell art festival.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perform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performed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performs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performing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Setelah 'going to' wajib menggunakan kata kerja dasar (V1): 'perform'.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2: Future Intentions with 'Be Going To'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Formula 'Be Going To' for Future Plans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positif, negatif, dan tanya dengan am/is/are going to + V1.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Future Time Markers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tomorrow, next Sunday, tonight, next holiday dalam kalimat rencana.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Planning a Class Farewell Trip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diskusi kelompok merencanakan kegiatan perpisahan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mengajarkan cara menyatakan rencana, niat, dan kegiatan yang sudah dipersiapkan di masa depan menggunakan pola 'Be Going To' (Subject + am/is/are + going to + Verb 1).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perbedaan fungsi antara niat yang sudah direncanakan (prior intention) dengan keputusan spontan.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menyusun percakapan rencana akhir pekan dan liburan kenaikan kelas 'What are you going to do this weekend? I am going to visit my cousin in Bandung'.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 Going To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tata bahasa bahasa Inggris yang digunakan untuk menyatakan rencana masa depan yang sudah diputuskan sebelumnya.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Future Plan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Rencana atau niat tindakan yang akan dilakukan pada waktu yang akan datang.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Intention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Niat atau maksud yang ingin diwujudkan seseorang.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Tomorrow / Next week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Keterangan waktu masa depan yang bermakna 'besok / minggu depan'.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Base Form Verb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bentuk dasar yang diletakkan setelah kata 'going to'.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