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Past Simple Tense Review and Daily School Activities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Membedakan penggunaan kata kerja bentuk lampau regular (-ed) dan irregular verbs.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Menyusun kalimat negatif dan tanya lampau menggunakan pola 'Did not + Verb 1' dan 'Did you + Verb 1?'.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teks recount pendek mengenai aktivitas belajar dan ekstrakurikuler kemarin.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Memantapkan penguasaan Simple Past Tense (perubahan bentuk kata kerja beraturan dan tidak beraturan) dalam menceritakan jadwal belajar dan pengalaman kegiatan sekolah masa lalu.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Past Simple Verbs Mastery Review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dan membedakan regular (-ed) dan irregular verbs dalam konteks kalimat.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Asking and Answering Past School Events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percakapan 'What did you do during the flag ceremony yesterday?'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Writing a Comprehensive Recount Text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draf teks pengalaman sekolah dengan orientasi, kronologi peristiwa, dan reorientasi.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Last Monday, our school ... the National Independence Day ceremony.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celebrate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celebrated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celebrates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is celebrating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'Last Monday' adalah penanda waktu lampau sehingga menggunakan 'celebrated' (V2).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A: "What did you do after school yesterday?"</w:t>
        <w:br/>
        <w:t>B: "I ... my homework and helped mother."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finished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finish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finishing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finishes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Bentuk V2 dari finish adalah 'finished'.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Joshua didn't ... to the English club yesterday because he was sick.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come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came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comes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coming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Setelah kata bantu 'didn't', kata kerja kembali ke bentuk dasar V1: 'come'.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The students ... very happy when they won the robotic competition last week.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was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were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are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Subjek jamak 'The students' pada masa lampau menggunakan to be 'were'.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Which sentence is written in correct Past Simple grammar?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She buyed a new English dictionary yesterday.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She bought a new English dictionary yesterday.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She is buy a new dictionary yesterday.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She buys a new dictionary yesterday.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Bentuk lampau irregular yang benar dari buy adalah 'bought'.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1: Past Simple Tense Review and Daily School Activities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Past Simple Verbs Mastery Review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dan membedakan regular (-ed) dan irregular verbs dalam konteks kalimat.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Asking and Answering Past School Events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percakapan 'What did you do during the flag ceremony yesterday?'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Writing a Comprehensive Recount Text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draf teks pengalaman sekolah dengan orientasi, kronologi peristiwa, dan reorientasi.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Pembelajaran bahasa Inggris kelas 6 SD diawali dengan pemantapan penguasaan Past Simple Tense untuk menceritakan kegiatan dan pengalaman belajar di sekolah pada tahun-tahun sebelumnya.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mengkombinasikan kata kerja beraturan (regular) dan tidak beraturan (irregular verbs) dalam kalimat majemuk past tense positif, negatif, dan interogatif.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menyusun teks recount reflektif 'My Journey in Elementary School' yang mendeskripsikan peristiwa berkesan bersama teman dan guru.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Past Simple Review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Pemantapan penggunaan bentuk lampau untuk menceritakan peristiwa yang telah tuntas di masa lalu.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Did / Didn't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kerja bantu lampau yang diikuti kata kerja dasar (V1) dalam kalimat negatif dan tanya.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Chronological Order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Penyusunan urutan kejadian berdasarkan waktu terjadinya dari awal hingga akhir.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Orientation Recount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Bagian pembuka teks recount yang memperkenalkan siapa, kapan, dan di mana peristiwa terjadi.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Event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Rangkaian peristiwa atau kegiatan yang terjadi secara berurutan dalam teks cerita.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