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8: Superlative Adjectives in Nature and Geography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Menerapkan kaidah pembentukan kata sifat superlatif (the fastest, the longest, the most beautiful).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Menjawab kuis pengetahuan umum tentang satwa dan bentang alam dunia dalam bahasa Inggris.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Menulis teks deskripsi komparasi fakta satwa liar nusantara menggunakan tingkat superlatif.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Menggunakan tingkat perbandingan superlatif (-est / the most) untuk mendeskripsikan rekor alam, satwa liar, dan fenomena geografi (the tallest animal, the biggest ocean, the highest mountain).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Superlative Degree Rules ('the -est')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formula the tallest, the fastest, the coldest pada kata sifat pendek.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Superlative with 'The Most'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Menggunakan the most dangerous, the most beautiful pada kata sifat panjang.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World Record Facts in Nature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Mempresentasikan fakta unik satwa tercepat dan gunung tertinggi dunia.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The cheetah is ... land animal in the world.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the fast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faster than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the fastest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most fast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Superlatif kata sifat pendek 'fast' adalah 'the fastest' (paling cepat).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Mount Everest is ... mountain on Earth.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higher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the highest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most high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the most high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Gunung Everest adalah gunung tertinggi di bumi (the highest mountain).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The blue whale is ... living animal in our oceans.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the biggest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bigger than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big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most big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Paus biru adalah hewan paling besar di samudra (the biggest animal).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Which sentence correctly uses the superlative form?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Raja Ampat is the most beautiful island in Indonesia.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Raja Ampat is more beautiful island.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Raja Ampat is beautifullest.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Raja Ampat is the more beautiful.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'Beautiful' memiliki tiga suku kata sehingga superlatifnya adalah 'the most beautiful'.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The Nile River in Africa is ... river in the world.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the longest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longer than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long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the most long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Sungai Nil adalah sungai terpanjang di dunia (the longest river).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8: Superlative Adjectives in Nature and Geography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Superlative Degree Rules ('the -est')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formula the tallest, the fastest, the coldest pada kata sifat pendek.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Superlative with 'The Most'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Menggunakan the most dangerous, the most beautiful pada kata sifat panjang.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World Record Facts in Nature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Mempresentasikan fakta unik satwa tercepat dan gunung tertinggi dunia.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penutup bahasa Inggris kelas 5 mengajarkan tingkat perbandingan superlatif (Superlative Degree: the -est / the most) untuk menyatakan tingkat 'paling/ter-' pada objek alam, hewan, dan geografi.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formula 'the + adjective-est' (the biggest, the tallest, the longest, the highest, the fastest) dan 'the most + adjective' (the most beautiful).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menyusun teks fakta ensiklopedia tentang keajaiban bumi (contoh: 'Mount Everest is the highest mountain in the world', 'The blue whale is the biggest animal on Earth').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Superlative Degree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perbandingan kata sifat yang menyatakan bahwa suatu benda memiliki tingkat kualitas tertinggi atau paling ekstrem di antara tiga objek atau lebih.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The -est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Pola baku pembentukan superlatif untuk kata sifat pendek (contoh: the longest = yang paling panjang).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The most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Pola superlatif untuk kata sifat yang memiliki tiga suku kata atau lebih (contoh: the most beautiful).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Cheetah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Hewan darat tercepat di dunia yang mampu berlari melebihi 100 km/jam.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Blue Whale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Paus biru sebagai mamalia terbesar yang pernah hidup di planet bumi.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