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INGGRIS — FASE C (KELAS 5)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C (Kelas 5)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Inggris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16 JP (4 Pertemuan x 4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7: Means of Transportation and Directions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Menyebutkan ragam jenis transportasi darat, laut, dan udara dalam bahasa Inggris.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Menggunakan frasa 'How do you go to...?' dan menjawab dengan 'I go by...'.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Membaca peta mini dan memberikan petunjuk arah rute perjalanan menggunakan frasa navigasi.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Menanyakan dan menyebutkan moda transportasi ke sekolah atau tempat wisata (by bus, by bicycle, on foot, by train, by motorcycle) serta memberikan instruksi arah jalan sederhana.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Means of Transportation Vocabulary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Mengenal ragam angkutan umum dan transportasi pribadi.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Using Preposition 'By' and 'On Foot'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Menyusun kalimat 'How do you go to school? I go by bus / on foot.'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Asking and Giving Directions in Public Places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Menjelaskan rute belok kanan/kiri pada denah peta kota.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My house is very close to school, so I usually go to school...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by airplane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on foot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by ship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by train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Jarak dekat biasa ditempuh dengan berjalan kaki (on foot).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A: "Excuse me, where is the post office?"</w:t>
        <w:br/>
        <w:t>B: "... on Merdeka Street and turn left at the traffic light."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Go straight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Go backward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Jump high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Sit down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'Go straight' (jalan lurus terus) adalah petunjuk arah standar di jalan.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Which vehicle travels on water across the sea?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Helicopter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Train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Ship / Ferry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Bus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Kapal laut (ship/ferry) adalah moda transportasi perairan.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How do people travel from Jakarta to London quickly? They go by...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bicycle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airplane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motorcycle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pedicab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Perjalanan internasional antarbenua tercepat menggunakan pesawat terbang (airplane).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The red light on the traffic light means that all drivers must...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go faster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stop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turn around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park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Lampu merah lalu lintas mewajibkan pengendara berhenti (stop).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Inggris • Bab 7: Means of Transportation and Directions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Means of Transportation Vocabulary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Mengenal ragam angkutan umum dan transportasi pribadi.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Using Preposition 'By' and 'On Foot'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Menyusun kalimat 'How do you go to school? I go by bus / on foot.'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Asking and Giving Directions in Public Places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Menjelaskan rute belok kanan/kiri pada denah peta kota.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ini mengajarkan ragam moda transportasi darat, laut, dan udara (car, bus, train, bicycle, motorcycle, ship, airplane) beserta preposisi kendaraan 'by car / on foot'.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ungkapan menanyakan rute dan memberi petunjuk arah di tempat umum (asking and giving directions: turn left, turn right, go straight, cross the street, at the corner).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Siswa mempraktikkan percakapan interaktif membantu turis asing yang menanyakan jalan menuju stasiun kereta atau museum.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Transportation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Alat atau sarana pengangkutan yang digunakan untuk memindahkan orang atau barang dari satu tempat ke tempat lain.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On foot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Frasa yang menyatakan bepergian dengan cara berjalan kaki.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Turn left / Turn right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Petunjuk arah untuk berbelok ke sisi kiri atau berbelok ke sisi kanan.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Go straight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Petunjuk arah untuk berjalan lurus ke depan tanpa berbelok.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Traffic light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Lampu lalu lintas tiga warna (merah, kuning, hijau) pengatur arus jalan raya.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Inggris Kelas 5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