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Taste Adjectives and Food Preferences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ragam kata sifat pengecap rasa makanan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Mengungkapkan kesukaan makanan menggunakan pola 'I like sweet mangoes' atau 'The soup is too salty'.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dialog pendek tentang memesan makanan di kantin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Mengenal kata sifat rasa makanan (sweet, salty, sour, bitter, spicy, delicious) dan mengekspresikan preferensi makanan favorit dalam percakapan sehari-hari.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Taste Adjectives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rasa manis, asam, asin, pahit, pedas, dan gurih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Expressing Likes and Dislikes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'I love sweet tea, but I dislike bitter melon.'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Describing Traditional Foods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Mendeskripsikan rasa rendang, rujak, dan jamu tradisional.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 fresh lemon tastes very ... while honey tastes sweet.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salty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sour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bitter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spicy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Buah lemon memiliki rasa asam (sour).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Rendang is a famous Indonesian dish. It tastes rich and...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spicy and savory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very sour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bitter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tasteless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Rendang kaya rempah dengan rasa gurih dan pedas (spicy and savory).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Father does not put any sugar in his coffee. The coffee tastes...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sweet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bitter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salty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sour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Kopi hitam tanpa gula terasa pahit (bitter).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"Do you like spicy food?"</w:t>
        <w:br/>
        <w:t>"Yes, ... I love sambal."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 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 don't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 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 does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Jawaban afirmatif: 'Yes, I do'.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Potato chips and salted fish usually taste...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salty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sweet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sour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bitter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Keripik kentang dan ikan asin memiliki rasa asin (salty).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1: Taste Adjectives and Food Preferences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Taste Adjectives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rasa manis, asam, asin, pahit, pedas, dan gurih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Expressing Likes and Dislikes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'I love sweet tea, but I dislike bitter melon.'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Describing Traditional Foods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Mendeskripsikan rasa rendang, rujak, dan jamu tradisional.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pertama bahasa Inggris kelas 5 SD membimbing siswa mengekspresikan rasa makanan dan minuman (taste adjectives: sweet, sour, salty, bitter, spicy, savory) serta menyatakan preferensi kesukaan (like/dislike).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kalimat deskriptif sensorik: 'The mango is sweet', 'The coffee tastes bitter', 'I like spicy fried chicken'.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wawancara kuliner mengenai makanan tradisional favorit daerah masing-masing dan mempresentasikannya dengan percaya diri.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Taste Adjectives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sifat yang digunakan untuk menggambarkan rasa suatu makanan atau minuman pada lidah.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Spicy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pedas yang menggigit lidah dari cabai atau lada.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Sour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asam segar seperti rasa buah lemon, cuka, atau mangga muda.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Bitter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pahit seperti rasa kopi hitam tanpa gula atau jamu.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Savory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gurih dan sedap yang kaya bumbu rempah kaldu.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