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Telling Time and Daily Schedule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penunjuk jarum jam dan melafalkan waktu dalam bahasa Inggris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Menanyakan waktu menggunakan frasa 'What time is it?' dan merespon dengan 'It is...'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jadwal rutinitas harian pribadi (daily timetable) dari bangun tidur hingga istirahat malam.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dan menyebutkan waktu (jam tepat 'o'clock' dan jam setengah 'half past') serta mengaitkannya dengan jadwal kegiatan sekolah harian agar disiplin waktu.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Telling the Time (O'clock and Half Past)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Menyatakan jam tepat (seven o'clock) dan jam lewat setengah (half past seven).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Quarter Past and Quarter To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waktu lewat atau kurang lima belas menit.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My School Timetable and Schedule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jadwal mata pelajaran dan jam istirahat harian.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What time is it? (07:00)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It is seven o'clock.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It is half past seven.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It is quarter past seven.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It is seven past twelve.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07.00 tepat dinyatakan sebagai 'seven o'clock'.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The clock shows 08:30. How do you say this in English?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It is half past eight.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It is eight o'clock.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It is quarter to eight.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It is eight thirty o'clock.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08.30 dibaca 'half past eight'.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School begins at quarter past seven in the morning. In numbers, it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07.15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07.30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07.45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08.15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Quarter past seven = 07.15 (lewat 15 menit).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A: "What time do you have lunch?"</w:t>
        <w:br/>
        <w:t>B: "I have lunch at ... (12:00)"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twelve o'clock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six o'clock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half past twelve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quarter to twelve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12.00 siang = twelve o'clock.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"Quarter to ten" means the time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09.45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10.15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10.45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09.15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Quarter to ten = jam 10 kurang 15 menit = 09.45.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8: Telling Time and Daily Schedule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Telling the Time (O'clock and Half Past)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Menyatakan jam tepat (seven o'clock) dan jam lewat setengah (half past seven).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Quarter Past and Quarter To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waktu lewat atau kurang lima belas menit.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My School Timetable and Schedule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jadwal mata pelajaran dan jam istirahat harian.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bahasa Inggris kelas 4 membimbing peserta didik membaca dan menyatakan waktu (telling the time) pada jam analog dan digital.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ungkapan waktu baku: o'clock (tepat), half past (lewat tiga puluh menit/setengah), quarter past (lewat lima belas menit), dan quarter to (kurang lima belas menit).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menerapkan keterampilan menyatakan waktu dalam jadwal pelajaran sekolah (school timetable) dan melatih disiplin waktu 'Be on Time!'.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O'clock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Istilah yang digunakan saat jarum panjang jam menunjuk tepat di angka 12 (contoh: 08.00 = eight o'clock).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Half past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Istilah yang menyatakan waktu telah lewat 30 menit (contoh: 07.30 = half past seven).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Quarter past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Istilah yang menyatakan waktu telah lewat 15 menit (contoh: 09.15 = quarter past nine).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Quarter to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Istilah yang menyatakan waktu kurang 15 menit menuju jam berikutnya (contoh: 09.45 = quarter to ten).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Timetable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Jadwal waktu kegiatan yang disusun secara teratur menurut hari dan jam.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