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Expressing Abilities (Modal Verb 'Can' and 'Cannot')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Menyatakan kemampuan diri dan orang lain menggunakan pola 'I can / She can + Verb 1'.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Menyatakan ketidakmampuan melakukan suatu tindakan secara sopan menggunakan kata 'cannot / can't'.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survei kelas mengenai ragam bakat dan kemampuan istimewa teman sebaya.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Mengekspresikan kemahiran dan ketidakmampuan melakukan suatu aktivitas atau olahraga menggunakan kata bantu modal 'can' dan 'cannot / can't'.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Expressing Abilities with 'Can'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positif kemampuan diri (I can make fried rice).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Expressing Inabilities with 'Cannot / Can't'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Menyatakan hal-hal yang belum dapat dilakukan secara jujur.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Asking with 'Can you...?'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percakapan wawancara bakat antarsiswa.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Joshua is good at cooking. He ... make delicious fried noodles.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cannot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'Can' menyatakan kemampuan positif memasak mie goreng enak.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"Can you ride a bicycle?"</w:t>
        <w:br/>
        <w:t>B: "No, ..."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 cannot / I can't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 am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 don't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Jawaban negatif untuk pertanyaan 'Can you...?' adalah 'No, I cannot / No, I can't'.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Fish ... swim in the water, but birds ... fly in the sky.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can,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cannot,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can, cannot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cannot, cannot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Ikan dapat berenang dan burung dapat terbang, keduanya memiliki kemampuan alami (can, can).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sentence has the correct grammar pattern for modal verb 'can'?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She can plays the piano.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She can playing the piano.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She can play the piano.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She can is play piano.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Setelah kata 'can' selalu diikuti kata kerja dasar (base verb) tanpa -s atau -ing: 'can play'.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Made broke his leg last week. He ... play football today.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cannot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will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Kaki patah menyebabkan ketidakmampuan bermain bola (cannot play).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7: Expressing Abilities (Modal Verb 'Can' and 'Cannot')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Expressing Abilities with 'Can'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positif kemampuan diri (I can make fried rice).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Expressing Inabilities with 'Cannot / Can't'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Menyatakan hal-hal yang belum dapat dilakukan secara jujur.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Asking with 'Can you...?'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percakapan wawancara bakat antarsiswa.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penggunaan kata kerja bantu modal 'can' (dapat/bisa) dan 'cannot / can't' (tidak bisa) untuk mengekspresikan bakat dan kemampuan diri serta menanyakan kemampuan orang lain.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ragam kata kerja keterampilan (cook fried rice, ride a bicycle, swim, play guitar, sing a song, dance traditional dance).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survei kelas dengan pola tanya jawab 'Can you swim? Yes, I can / No, I cannot' dan merangkum hasilnya dalam tabel presentasi.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Verb 'Can'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yang menyatakan kemampuan atau kesanggupan fisik/mental untuk melakukan sesuatu.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Cannot / Can't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negatif dari can yang menyatakan ketidakmampuan atau halangan.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Ability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Kemampuan, kecakapan, atau bakat yang dimiliki seseorang.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Base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kerja murni tanpa imbuhan yang selalu mengikuti setelah kata modal 'can'.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Short Answer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Jawaban singkat resmi dalam bahasa Inggris (Yes, I can / No, I can't).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