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Household Objects and Kitchen Utensils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nama-nama perabot rumah dan peralatan dapur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Menghubungkan nama perabot dengan ruangan tempat benda tersebut biasanya berada.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paragraf deskriptif pendek mengenai inventaris barang di dalam salah satu ruangan rumah.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Mengenal nama-nama perabot rumah tangga dan perkakas dapur (stove, pan, refrigerator, knife, sofa, lamp, bed) dan mendeskripsikan letak serta keberadaannya.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Kitchen Utensils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dan mengenali sendok, garpu, wajan, kompor, dan piring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Furniture in the House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sofa, lemari pakaian (wardrobe), meja makan, dan tempat tidur.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Describing Object Locations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deskripsi letak benda perabotan di dalam rumah.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We use a ... and a fork to eat fried rice.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spoon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knife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stove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Sendok (spoon) dan garpu (fork) digunakan untuk makan nasi goreng.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Mother keeps fresh milk, eggs, and fruits in the ... to stay cold.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wardrobe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refrigerator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bookshelf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oven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Kulkas (refrigerator) berfungsi mendinginkan dan menjaga kesegaran bahan makanan.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comfortable sofa is located in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bathroom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living 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garage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roof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Sofa tempat duduk santai diletakkan di ruang tamu/keluarga (living room).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We sleep on a soft bed in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bedroom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kitchen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dining 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garden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Kamar tidur (bedroom) adalah ruangan tempat tidur.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of the following objects belongs to the kitchen?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Frying 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Pillow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Blanket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Soap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Wajan penggorengan (frying pan) adalah perkakas dapur.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6: Household Objects and Kitchen Utensils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Kitchen Utensils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dan mengenali sendok, garpu, wajan, kompor, dan piring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Furniture in the House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sofa, lemari pakaian (wardrobe), meja makan, dan tempat tidur.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Describing Object Locations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deskripsi letak benda perabotan di dalam rumah.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memperluas penguasaan kosakata aneka perabotan rumah tangga (furniture) dan peralatan memasak di dapur (kitchen utensils: stove, pan, spoon, fork, plate, glass, refrigerator).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cara mendeskripsikan keberadaan dan posisi perabot dalam rumah menggunakan kalimat terstruktur 'The stove is in the kitchen', 'The sofa is in the living room'.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melakukan kegiatan bermain peran (roleplay) membantu orang tua merapikan perabotan rumah tangga.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Utensils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Alat-alat atau perkakas yang digunakan untuk keperluan dapur dan makan.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Stove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Kompor untuk memasak makanan dengan bahan bakar gas atau listrik.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Refrigerator (Fridge)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Lemari pendingin untuk menyimpan makanan dan minuman agar tetap segar.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Wardrobe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Lemari besar tempat menyimpan pakaian.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Furniture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Perabotan rumah tangga seperti meja, kursi, sofa, dan lemari.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