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Where is My Pencil? (Asking and Giving Location)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Menanyakan letak benda pribadi menggunakan ungkapan 'Where is my...' atau 'Where are my...'.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Menjawab pertanyaan lokasi benda menggunakan preposisi (on the desk, under the chair, in the bag).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Melakukan percakapan interaktif mencari benda yang hilang di lingkungan kelas.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Menanyakan letak keberadaan benda-benda di kelas dan kamar tidur menggunakan kalimat tanya 'Where is...?' dan memberikan respon lokasi yang presisi.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School Stationery Vocabulary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dan melafalkan aneka peralatan tulis sekolah.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Asking Locations with 'Where'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penggunaan 'Where is the ruler?' dan 'Where are the pencils?'.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Possessive Adjectives (My, Your, His, Her)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Menyatakan kepemilikan benda dalam kalimat deskriptif.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A: "Where is my ruler?"</w:t>
        <w:br/>
        <w:t>B: "It is ... your pencil case."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inside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on to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of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'Inside your pencil case' berarti di dalam kotak pensilmu.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Joshua is looking for his bag. He asks: "Where ... my school bag?"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'School bag' adalah kata benda tunggal sehingga menggunakan kata bantu 'is'.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This pencil belongs to Cici. It is ... pencil.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your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Cici adalah perempuan (she) sehingga kata ganti kepemilikannya adalah 'her'.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We use an ... to clean pencil marks on paper.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eraser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ruler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scissor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compass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Penghapus (eraser) digunakan untuk menghapus coretan pensil.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A: "Where are my coloring pencils?"</w:t>
        <w:br/>
        <w:t>B: "... are on the table."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They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She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'Coloring pencils' adalah jamak (plural) sehingga digantikan dengan kata ganti 'They'.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5: Where is My Pencil? (Asking and Giving Location)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School Stationery Vocabulary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dan melafalkan aneka peralatan tulis sekolah.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Asking Locations with 'Where'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penggunaan 'Where is the ruler?' dan 'Where are the pencils?'.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Possessive Adjectives (My, Your, His, Her)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Menyatakan kepemilikan benda dalam kalimat deskriptif.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mengajarkan ungkapan menanyakan dan memberi tahu letak alat tulis sekolah (stationery: pencil, eraser, ruler, sharpener, pencil case, bag) menggunakan kata tanya 'Where is...?' dan 'Where are...?'.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mendalami penggunaan kata sifat kepemilikan (possessive adjectives: my, your, his, her, their, our) untuk mengidentifikasi kepemilikan barang di kelas.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berlatih dalam percakapan berpasangan mencari benda yang hilang di meja kelas dengan kalimat respons sopan dan akurat.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Stationery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Kumpulan alat-alat tulis dan perlengkapan perlengkapan belajar di sekolah.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Possessive Adjectives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sifat kepemilikan yang menerangkan siapa pemilik suatu benda (my, your, his, her, our, their).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Pencil Case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Kotak tempat menyimpan pensil, penghapus, dan penggaris.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Where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tanya dalam bahasa Inggris yang digunakan untuk menanyakan tempat atau letak keberadaan suatu objek.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On the desk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Frasa keterangan tempat yang bermakna 'di atas permukaan meja'.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