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Rooms in the House and Prepositions of Place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nama-nama bagian ruangan di rumah beserta fungsi umumnya.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preposisi tempat (beside, behind, between, in front of) untuk menunjukkan letak ruangan.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denah tata letak ruangan rumah sederhana secara lisan dan tulisan.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Menyebutkan nama-nama ruangan di dalam rumah (living room, bedroom, kitchen, dining room, bathroom) dan menggunakan kata depan penunjuk tempat (in, on, under, beside, behind, in front of).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Rooms in My House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fungsi dan nama ruangan tempat beraktivitas di rumah.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Prepositions of Place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kata depan beside, behind, in front of, between untuk posisi ruang.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Describing House Layout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deskripsi 'The living room is beside the dining room.'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Where does mother cook meals for the family? She cooks in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bedroom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bathroom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kitchen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garage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Memasak makanan (cook meals) dilakukan di dapur (kitchen).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The dining room is ... the living room and the kitchen.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between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behind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Ketika suatu tempat berada di antara dua ruangan lain, digunakan preposisi 'between' (di antara).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Father parks his car in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living 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bathroom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Mobil diparkir di garasi (garage).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 cat is sleeping ... the table.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between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behind of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beside to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'Under the table' berarti di bawah meja.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"Where is the bathroom?" - "It is ... the bedroom."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next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'Next to' bermakna di sebelah / di samping kamar tidur.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Rooms in the House and Prepositions of Place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Rooms in My House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fungsi dan nama ruangan tempat beraktivitas di rumah.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Prepositions of Place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kata depan beside, behind, in front of, between untuk posisi ruang.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Describing House Layout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deskripsi 'The living room is beside the dining room.'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membekali siswa dengan kosakata bagian-bagian ruangan di dalam rumah tinggal (living room, dining room, bedroom, bathroom, kitchen, garage, garden).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preposisi tempat (prepositions of place: beside, next to, behind, in front of, between, under, on, in) untuk menjelaskan posisi relatif antarbenda dan antarruangan.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mempraktikkan keterampilan berbicara mendeskripsikan letak perabotan rumah tangga pada gambar denah rumah sederhana.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Living Room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Ruang tamu atau ruang keluarga tempat berkumpul dan menyambut tamu.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Bedroom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Kamar tidur tempat beristirahat di malam 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Kitchen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Dapur tempat memasak dan menyiapkan makanan.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Preposition of Place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depan yang menunjukkan posisi lokasi suatu benda (contoh: beside, in front of, behind).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Beside / Next to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depan tempat yang berarti 'di samping' atau 'bersebelahan dengan'.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