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8: Wild and Domestic Animals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Students are able to distinguish between wild animals and domestic pets in English.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Students are able to describe physical characteristics and habitats of animals.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Students are able to solve and create simple animal riddles in English.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pengenalan hewan liar (lion, tiger, elephant, giraffe, monkey) vs hewan peliharaan/ternak (cat, dog, cow, goat, chicken, duck, horse), ciri fisik, dan habitat.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Topic A: Domestic Pets and Farm Animals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Learning terms: cat, dog, rabbit, cow, goat, horse, duck, sheep, chicken.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Topic B: Wild Animals and Their Natural Habitats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Learning terms: lion, elephant, giraffe, zebra, snake, crocodile, monkey, jungle, savanna.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Topic C: Animal Riddles and Descriptive Sentences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Solving clues: 'The cheetah runs very fast', 'The elephant has big ears and a long trunk'.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I have a very long neck, long legs, and yellow fur with brown spots. I love eating leaves from tall trees. Who am I?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An elephant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 giraffe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 rabbit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 monkey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 giraffe (jerapah) has a distinctive long neck and eats leaves from tall trees.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Which of the following animals is a domestic farm animal that provides milk and meat for humans?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Cow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Lion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Crocodile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Shark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 cow (sapi) is a domestic farm animal raised for milk and beef.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Look at the sentence: 'The elephant is a huge animal. It has two large ears and a long ...' The correct missing body part is...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wing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trunk (belalai)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horn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fin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An elephant has a long trunk (belalai) used to grab food and drink water.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Where does a fierce wild tiger live naturally?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In a living room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In the jungle / forest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In a fish tank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Under a pillow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Wild tigers live in jungles and natural forest habitats.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What is the English word for 'kelinci yang lucu dan jinak'?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 cute and tame rabbit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 fierce and dangerous tiger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 big crocodile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 flying bat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'Cute and tame rabbit' translates to kelinci yang lucu dan jinak.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8: Wild and Domestic Animals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Topic A: Domestic Pets and Farm Animals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Learning terms: cat, dog, rabbit, cow, goat, horse, duck, sheep, chicken.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Topic B: Wild Animals and Their Natural Habitats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Learning terms: lion, elephant, giraffe, zebra, snake, crocodile, monkey, jungle, savanna.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Topic C: Animal Riddles and Descriptive Sentences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Solving clues: 'The cheetah runs very fast', 'The elephant has big ears and a long trunk'.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Animals are fascinating topics that spark curiosity among young English learners. Students learn to classify animals into domestic pets/farm animals and wild jungle animals.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Students master animal vocabulary (elephant, giraffe, lion, monkey, crocodile, rabbit, sheep) along with descriptive adjectives describing animal traits (big, tall, fast, fierce, cute, tame).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Through animal riddle games (e.g., 'I am very tall, I have a long neck, and I eat green leaves. Who am I?' 'You are a giraffe!'), students develop listening comprehension and descriptive speaking skills.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Wild Animal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An animal that lives in natural surroundings (forest, jungle, savanna) and is not tamed by humans.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Domestic Animal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An animal that is kept as a pet at home or raised on a farm by humans (e.g., cat, cow).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Trunk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long, flexible snout of an elephant used for breathing, drinking, and grasping objects.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Carnivore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An animal that feeds on flesh or other animals (e.g., tiger, lion).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