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Places in Our Town and Public Facilities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identify and pronounce names of public places in English.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describe the relative position of buildings using prepositions of place.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ask and give simple directions using a town map.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fasilitas umum di kota (hospital, school, post office, supermarket, bank, park, mosque, library, bus station), preposisi tempat, dan petunjuk arah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Public Places and Facilities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Learning terms: hospital, school, library, bank, market, police station, park.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Spatial Prepositions of Place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position words: next to, behind, in front of, between, opposite to describe location.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Asking and Giving Simple Directions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Practicing navigational phrases: 'Go straight', 'Turn left', 'Turn right', 'It is on your right'.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 place where people go to borrow storybooks and study in a quiet atmosphere is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Library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Market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Swimming pool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Police station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library (perpustakaan) is a quiet building where books are kept for reading and borrowing.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Where do doctors and nurses take care of sick patients?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At the bank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At the hospital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At the post office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At the playground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Doctors and nurses provide medical healthcare at the hospital (rumah sakit).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Look at the town map: The school is ... the bank and the post office.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under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between (di antara)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inside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above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'Between' indicates located in the middle of two buildings.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Complete the direction phrase: 'To go to the park, walk ... and turn left at the corner.'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straight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sleep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swim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'Walk straight' or 'go straight' means jalan lurus ke depan.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'kantor pos' where people send letters and packages?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Fire station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Post office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Supermarket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Bus terminal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'Post office' translates to kantor pos.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Places in Our Town and Public Facilities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Public Places and Facilities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Learning terms: hospital, school, library, bank, market, police station, park.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Spatial Prepositions of Place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position words: next to, behind, in front of, between, opposite to describe location.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Asking and Giving Simple Directions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Practicing navigational phrases: 'Go straight', 'Turn left', 'Turn right', 'It is on your right'.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Learning about town locations allows students to describe their surrounding urban environment and give simple geographical directions in English.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acquire vocabulary for prominent public buildings: hospital, library, supermarket, bank, post office, railway station, park, and school. They also learn spatial prepositions (next to, opposite, between, behind, in front of).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Through town map reading activities, students practice asking 'Where is the hospital?' and answering 'It is next to the post office on Merdeka Street'.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Public Place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building, park, or facility open to all people in the community.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Hospital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place where sick or injured people are given medical treatment by doctors and nurses.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Opposite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Located directly across from something, facing it from the other side of a road or space.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Between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 the middle space separating two distinct objects or buildings.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