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In the Kitchen and Cooking Utensils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identify and pronounce kitchen utensils and dining cutlery accurately.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explain the function of kitchen utensils using simple English sentences.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use polite requests when asking for items in the kitchen.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peralatan dapur (spoon, fork, knife, plate, bowl, frying pan, stove, kettle, blender), kata kerja memasak (cutting, frying, boiling), dan dialog dapur.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Topic A: Vocabulary of Kitchen Utensils and Appliances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Identifying cutlery: spoon, fork, knife, glass, plate, cup, and appliances: stove, fridge.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Topic B: Basic Cooking Verbs in English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Understanding culinary verbs: boiling water, frying chicken, slicing vegetables, stirring tea.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Topic C: Role-playing Kitchen Cooking Activities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Engaging in dialog: 'Can you pass me the spoon, please?' 'Here you are'.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We use a ... to eat hot chicken soup from a bowl.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spoon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knife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stove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broom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spoon (sendok) is used to eat liquid foods like soup.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Mother is cooking fried rice on the stove. She uses a ... to fry the rice.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frying 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glass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pillow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ruler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frying pan (wajan penggorengan) is used for frying food on a stove.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The kitchen appliance used to keep food and drinks cold and fresh is 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Refrigerator / fridge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Oven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Kettle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Knife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refrigerator (kulkas) cools and preserves fresh foods.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Complete the polite request:</w:t>
        <w:br/>
        <w:t>'Could you pass me the ..., please? I want to cut this apple.'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knife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plate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fork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knife (pisau) is used for slicing and cutting fruits.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What is the meaning of the word 'boil' in 'Father boils water in the kettle'?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Menggoreng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Merebus / mendidihkan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Membakar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Memotong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'Boil' translates to merebus atau mendidihkan air.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5: In the Kitchen and Cooking Utensils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Topic A: Vocabulary of Kitchen Utensils and Appliances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Identifying cutlery: spoon, fork, knife, glass, plate, cup, and appliances: stove, fridge.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Topic B: Basic Cooking Verbs in English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Understanding culinary verbs: boiling water, frying chicken, slicing vegetables, stirring tea.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Topic C: Role-playing Kitchen Cooking Activities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Engaging in dialog: 'Can you pass me the spoon, please?' 'Here you are'.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The kitchen is a vibrant center for household activities where food is prepared and cooked. Students expand their vocabulary by naming everyday kitchen items and dining utensils.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Students learn key terms: spoon, fork, plate, bowl, frying pan, pot, stove, knife, and refrigerator. They are also introduced to basic cooking action verbs: slice, chop, boil, fry, stir, and wash.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Students practice simple descriptive sentences (e.g., 'Mother uses a pan to fry eggs', 'We eat soup with a spoon and bowl') and engage in kitchen role-play dialogues.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Utensil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tool or container used in a household, especially in the kitchen (e.g., spoon, pan).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Cutlery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Knives, forks, and spoons used for eating or serving food.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Frying Pan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flat metal pan with a long handle used for frying food on a stove.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Polite Request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Asking for something politely using 'please' and 'thank you'.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