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My School Subjects and Schedule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identify and name various school subjects in English.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express their favorite subject and give simple reasons.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read and extract information from a school timetable chart.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nama mata pelajaran sekolah (Mathematics, Science, English, Indonesian, Arts, PE, Civic), menyatakan kesukaan (like/favorite), dan membaca jadwal pelajaran.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Topic A: Vocabulary of School Subjects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Learning vocabulary: Mathematics, Science, Indonesian, English, Art, Physical Education (PE).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Topic B: Expressing Likes and Favorite Subjects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Using sentence patterns: 'What is your favorite subject?' 'My favorite subject is Art'.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Topic C: Reading Class Timetables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Interpreting school schedules: 'On Thursday, we have Physical Education at eight'.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In this subject, students learn to count numbers, do addition, and solve geometry shapes. This subject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Physical Education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Mathematics (Math)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Music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History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Mathematics deals with numbers, calculations, and geometrical shapes.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Complete the dialogue:</w:t>
        <w:br/>
        <w:t>Teacher: 'What is your favorite subject, Maya?'</w:t>
        <w:br/>
        <w:t>Maya: 'My favorite subject is ... because I love drawing and painting pictures.'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Art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Math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Science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Civic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Drawing and painting belong to the Art / Arts and Crafts subject.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The abbreviation 'PE' in school subjects stands for...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Primary English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Physical Education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Public Examination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Paper Exercise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 is the standard abbreviation for Physical Education (Pendidikan Jasmani).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Look at the sentence: 'We have English on Tuesday at 08.00.' The word 'Tuesday' means...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Hari Senin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Hari Selasa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Hari Rabu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Hari Kamis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Tuesday translates to hari Selasa in Indonesian.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Which sentence correctly states that Doni does not like doing difficult calculations?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Doni loves Math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Doni does not like Math because it is difficult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Doni is good at Math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Math is Doni's favorite subject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Negative present tense with explanation of difficulty indicates disliking calculations.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3: My School Subjects and Schedule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Topic A: Vocabulary of School Subjects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Learning vocabulary: Mathematics, Science, Indonesian, English, Art, Physical Education (PE).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Topic B: Expressing Likes and Favorite Subjects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Using sentence patterns: 'What is your favorite subject?' 'My favorite subject is Art'.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Topic C: Reading Class Timetables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Interpreting school schedules: 'On Thursday, we have Physical Education at eight'.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Talking about school subjects connects foreign language learning with students' daily academic routines. Students learn English names for their core school subjects: Mathematics (Math), Science (IPAS), Indonesian, Arts and Crafts, Physical Education (PE), and Religion.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Students learn to express their interests and favorite lessons using expressive phrases such as 'My favorite subject is Science because I love doing experiments' and 'I like Math'.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Students practice reading and designing classroom timetable charts in English to discuss when specific classes take place.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School Subject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An area of knowledge or study taught in schools (e.g., Mathematics, Science, Art).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Physical Education (PE)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school subject that teaches sports, physical fitness, and healthy habits.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Timetable (Schedule)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table showing the days and times at which specific school subjects are taught.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Favorite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Preferred above all others of the same kind; most liked.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