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Domestic Animals and Pets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minimal 10 nama hewan peliharaan dan ternak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ciri fisik sederhana hewan (ukuran dan warna).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hewan peliharaannya dengan kalimat bahasa Inggris sederhana secara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kosakata hewan peliharaan di sekitar rumah (cat, dog, bird, rabbit, fish, duck, cow) dan mendeskripsikan ciri serta suaranya.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Vocabulary of Common Pets and Farm Animals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nama-nama hewan peliharaan dan ternak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Describing Animal Characteristics and Sounds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ukuran (big/small), warna, dan tiruan suara hewan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Talking about My Lovely Pet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Menceritakan hewan peliharaan di rumah atau hewan favorit yang ingin dipelihara.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dalam bahasa Inggris untuk hewan 'Kucing'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Dog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Duck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Cow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'Cat' adalah bahasa Inggris dari kucing.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'Rabbit' dalam bahasa Indonesia adalah hewan peliharaan...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Kelinci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Burung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'Rabbit' artinya kelinci yang bertelinga panjang dan gemar makan wortel.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Suara khas hewan bebek dalam bahasa Inggris ditirukan dengan bunyi...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Meow - meow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Quack - quack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Moo - moo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Woof - woof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Bebek (duck) berbunyi 'quack-quack'.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Hewan ternak bertubuh besar pemakan rumput yang menghasilkan susu dalam bahasa Inggris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Cow (Sapi)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Bird (Burung)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Fish (Ikan)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Cat (Kucing)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'Cow' artinya sapi penghasil susu dan daging.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Arti dari kalimat 'I love my cute cat'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Saya memberi makan kucing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Saya menyayangi kucing saya yang lucu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Kucing saya sedang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Saya mencari kucing saya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'I love my cute cat' = Saya menyayangi kucing saya yang lucu/menggemaskan.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8: Domestic Animals and Pets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Vocabulary of Common Pets and Farm Animals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nama-nama hewan peliharaan dan ternak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Describing Animal Characteristics and Sounds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ukuran (big/small), warna, dan tiruan suara hewan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Talking about My Lovely Pet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Menceritakan hewan peliharaan di rumah atau hewan favorit yang ingin dipelihara.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8 menutup pembelajaran bahasa Inggris kelas 2 dengan topik hewan peliharaan dan hewan ternak (*pets and domestic animals*): *cat, dog, rabbit, bird, fish, duck, chicken, cow, goat,* dan *horse*.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ciri khas fisik hewan (warna bulu, ukuran tubuh *big/small*) dan suara khas hewan (*'The cat says meow-meow'*, *'The duck says quack-quack'*).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membuat kalimat deskripsi pendek: *'I have a pet. It is a cute white cat. It likes to eat fish.'* untuk menumbuhkan rasa sayang dan kepedulian terhadap hewan ciptaan Tuhan.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Hewan peliharaan yang dirawat dan disayangi di dalam rumah (kucing, burung, ikan).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Domestic / Farm Animals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Hewan ternak jinak yang dipelihara di peternakan (sapi, bebek, kambing).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sifat yang bermakna lucu, manis, dan menggemaskan.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Animal Sounds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Tiruan bunyi suara khas yang dikeluarkan oleh hewan.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