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She Is Wearing a Uniform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nama-nama pakaian dan perlengkapan seragam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menggabungkan kata warna dengan nama pakaian secara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kalimat deskripsi 'He/She is wearing...' dengan pelafalan yang jelas.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kosakata pakaian dan perlengkapan seragam sekolah (shirt, skirt, trousers, shoes, hat) serta pola kalimat 'He/She is wearing...'.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Vocabulary of Clothes and School Uniform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aneka jenis pakaian sekolah dan pakaian santai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Describing Colors of Clothes (Color + Noun)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Menggabungkan warna dan pakaian (contoh: a blue shirt, black shoes, a red hat).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Using 'He/She is wearing...'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Mendeskripsikan penampilan pakaian teman sekelas menggunakan kalimat lengkap.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bahasa Inggris untuk pakaian 'Kemeja' seragam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Shirt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Shoes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'Shirt' artinya kemeja.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Alas kaki yang kita gunakan saat pergi ke sekolah bersama kaus kaki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Shoes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Tie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Skirt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'Shoes' artinya sepatu.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Arti dari kalimat 'He is wearing a red hat'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Dia sedang memakai topi merah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Dia sedang membeli topi biru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Dia memiliki topi hitam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Topi itu hilang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'He is wearing' = Dia sedang memakai, 'a red hat' = sebuah topi berwarna merah.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'Skirt' dalam bahasa Indonesia adalah pakaian berbentuk...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Celana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Jaket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'Skirt' artinya rok (biasanya dikenakan siswi perempuan).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Susunan frasa yang benar untuk 'sepatu hitam' dalam bahasa Inggris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Shoes black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Black shoes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Black is shoes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The black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Dalam tata bahasa Inggris, kata sifat warna diletakkan di depan kata benda (Black shoes).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7: She Is Wearing a Uniform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Vocabulary of Clothes and School Uniform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aneka jenis pakaian sekolah dan pakaian santai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Describing Colors of Clothes (Color + Noun)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Menggabungkan warna dan pakaian (contoh: a blue shirt, black shoes, a red hat).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Using 'He/She is wearing...'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Mendeskripsikan penampilan pakaian teman sekelas menggunakan kalimat lengkap.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7 mengajarkan kosakata pakaian sehari-hari dan seragam sekolah (*clothes and school uniform*): *shirt, T-shirt, skirt, trousers/pants, dress, shoes, socks, hat/cap,* dan *tie*.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bentuk kalimat *Present Continuous Tense* sederhana untuk mendeskripsikan apa yang sedang dikenakan seseorang: *'He is wearing a white shirt'*, *'She is wearing a red skirt and black shoes'*.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Kegiatan menggambar dan mewarnai seragam sekolah melatih peserta didik menggabungkan kosakata pakaian dengan kosakata warna (*color + clothing item*) secara padu.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Clothes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Pakaian atau busana yang dikenakan pada tubuh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Uniform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Pakaian seragam resmi yang memiliki corak dan warna sama untuk sekolah atau profesi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Wearing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kata kerja yang menyatakan tindakan sedang memakai atau mengenakan pakaian.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Shoes and Socks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Sepatu dan kaus kaki sebagai alas pelindung kaki.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