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It Is Delicious! (Foods and Drinks)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aneka jenis makanan dan minuman sehat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sifat 'delicious' dan 'sweet' untuk menggambarkan rasa makanan.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dialog santun memesan makanan dalam bahasa Inggris secara komunikatif.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kosakata makanan dan minuman sehat (rice, bread, milk, water, egg) serta mengekspresikan rasa makanan 'It is delicious/sweet'.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Vocabulary of Daily Foods and Drinks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dan mengelompokkan makanan pokok dan minuman segar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Describing Tastes (Delicious, Sweet, Sour)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kata sifat rasa untuk mendeskripsikan makanan dan minuman yang dicicipi.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Role Play Ordering Food Politely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Bermain peran memesan makanan di restoran atau kantin dengan ungkapan sopan 'Please' dan 'Thank you'.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dalam bahasa Inggris untuk makanan pokok 'Nasi'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Bread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Milk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Soup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'Rice' adalah bahasa Inggris dari beras atau nasi.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Minuman sehat berwarna putih yang dihasilkan dari sapi dan baik untuk pertumbuhan tulang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Milk (Susu)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Soda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Coffee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'Milk' artinya susu.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Arti dari kata 'Delicious' dalam bahasa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Pahit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Lezat / Enak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Dingin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'Delicious' bermakna lezat atau enak sekali rasanya.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'Bread' dalam bahasa Indonesia artinya...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Roti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Telur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Daging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Keju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'Bread' artinya roti.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Ungkapan sopan saat meminta segelas air putih kepada pelayan kantin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Give me water now!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Can I have some water, please?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Water is cold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 don't want water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'Can I have some water, please?' adalah bentuk permintaan yang sopan dan santun.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It Is Delicious! (Foods and Drinks)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Vocabulary of Daily Foods and Drinks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dan mengelompokkan makanan pokok dan minuman segar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Describing Tastes (Delicious, Sweet, Sour)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kata sifat rasa untuk mendeskripsikan makanan dan minuman yang dicicipi.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Role Play Ordering Food Politely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Bermain peran memesan makanan di restoran atau kantin dengan ungkapan sopan 'Please' dan 'Thank you'.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6 mengenalkan kosakata kebutuhan nutrisi harian anak berupa makanan dan minuman (*foods and drinks*): *rice, bread, fried chicken, noodle, fish, egg, soup, milk, tea, water,* dan *juice*.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mengungkapkan kualitas rasa makanan menggunakan kata sifat sederhana: *delicious* (enak/lezat), *sweet* (manis), *sour* (masam), dan *salty* (asin). Contoh: *'The fried chicken is delicious'*, *'The milk is sweet'*.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simulasi memesan makanan di kantin sekolah (*ordering food and drinks*), peserta didik mempraktikkan ungkapan santun: *'Can I have some bread, please?'* dan *'Thank you'*.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Foods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jenis makanan padat yang dikonsumsi untuk menghasilkan energi.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Drinks (Beverages)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jenis cairan yang diminum untuk menghilangkan rasa haus (air, susu, jus).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Delicious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sifat yang bermakna sangat enak, lezat, dan sedap rasanya.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Sweet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manis seperti rasa gula atau madu.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