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Numbers 11 to 20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dan menuliskan lambang serta kata bilangan 11 sampai 20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banyak benda di ruang kelas menggunakan bahasa Inggris secara akurat.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bertanya dan menjawab jumlah benda menggunakan pola 'How many...?' dan 'There are...'.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pengenalan angka belasan bahasa Inggris (11–20), menghitung kuantitas benda jamak, dan bertanya jumlah menggunakan 'How many...?'.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Pronunciation and Spelling of Numbers 11-20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dan mengeja angka 11 sampai 20 dalam bahasa Inggris secara terurut.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Quantities with 'How Many...?'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Mengajukan pertanyaan jumlah benda menggunakan kalimat tanya 'How many [objects] are there?'.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Counting Classroom Objects and Plural Nouns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jumlah buku, penggaris, dan pensil serta menambahkan akhiran '-s' pada kata benda jamak.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bilangan bahasa Inggris untuk angka 12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Eleven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Twelve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Twenty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Two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'Twelve' adalah kata bahasa Inggris untuk angka 12.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penjumlahan 'ten (10) + five (5)' dalam bahasa Inggris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Fourteen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Fifteen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Sixteen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Fifty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10 + 5 = 15 ('fifteen').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terdapat 18 buah pensil di atas meja, kalimat bahasa Inggris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There is eighteen pencils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There are eighteen pencils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There are eighteen pencil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It is eighteen pencil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Untuk benda jamak (18), gunakan 'There are' dan kata benda jamak berakhiran -s ('pencils').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Angka '20' dalam bahasa Inggris ditulis...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Twelve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Two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Twenty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Thirteen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20 = 'twenty'.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Pertanyaan yang tepat untuk menanyakan banyak penghapus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Where are the erasers?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How many erasers are there?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What color are the erasers?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Who is the eraser?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'How many erasers are there?' artinya 'Berapa banyak penghapus yang ada?'.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Numbers 11 to 20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Pronunciation and Spelling of Numbers 11-20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dan mengeja angka 11 sampai 20 dalam bahasa Inggris secara terurut.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Quantities with 'How Many...?'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Mengajukan pertanyaan jumlah benda menggunakan kalimat tanya 'How many [objects] are there?'.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Counting Classroom Objects and Plural Nouns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jumlah buku, penggaris, dan pensil serta menambahkan akhiran '-s' pada kata benda jamak.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4 melanjutkan kemampuan berhitung (*counting*) peserta didik dari angka satuan ke angka belasan (*eleven to twenty: eleven, twelve, thirteen, fourteen, fifteen, sixteen, seventeen, eighteen, nineteen, twenty*).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pola tanya kuantitas: *'How many books are there?'* dan menjawabnya menggunakan bentuk jamak dengan akhiran '-s' (*'There are fifteen books'* atau *'There is one book'* untuk tunggal).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permainan menghubungkan titik angka (*dot-to-dot*) dan menghitung benda nyata di kelas, peserta didik menguasai ejaan (*spelling*) dan pelafalan angka belasan dengan lancar.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Numbers 11–20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Angka belasan: eleven (11), twelve (12), thirteen (13), fourteen (14), fifteen (15), sixteen (16), seventeen (17), eighteen (18), nineteen (19), twenty (20).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How many...?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tanya bahasa Inggris yang digunakan untuk menanyakan jumlah atau kuantitas benda yang dapat dihitung.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There is / There are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penunjuk keberadaan benda tunggal (There is) dan benda jamak (There are).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Plural Noun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benda jamak (lebih dari satu) yang umumnya ditambah akhiran -s atau -es.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