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BAHASA INGGRIS — FASE A (KELAS 2)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Dasar (SD) / Fase A (Kelas 2)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Bahasa Inggris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12 JP (4 Pertemuan x 3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3: Where Is My Pencil?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 (Ganjil)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Masalah (PBL) &amp; Analisis Studi Kasus Kontekstual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Teks autentik, artikel studi kasus, atlas/kamus referensi, proyektor LCD, ruang kelas,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menyebutkan benda-benda di ruang kelas dalam bahasa Inggris dengan benar.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menggunakan kata depan 'in', 'on', dan 'under' sesuai posisi nyata benda.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bertanya dan menjawab letak posisi benda menggunakan frasa 'Where is...?' dan 'It is...'.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Materi mengenal benda ruang kelas dan kata depan penunjuk posisi (prepositions of place: in, on, under) dalam kalimat tanya 'Where is...?'.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Topik A: Classroom Objects Vocabulary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Menyebutkan nama-nama benda di dalam kelas (bag, ruler, eraser, pencil, table, chair).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Topik B: Prepositions of Place (In, On, Under)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Menunjukkan letak benda menggunakan preposisi 'in' (di dalam), 'on' (di atas), dan 'under' (di bawah).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Topik C: Asking and Answering Location (Where is...?)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Mempraktikkan dialog mencari letak barang alat tulis yang hilang di dalam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Kata depan bahasa Inggris untuk posisi 'di atas meja'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In the table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On the table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Under the table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Behind the table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'On' digunakan untuk menunjukkan posisi di atas permukaan (on the table).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Pensil berada di dalam kotak pensil. Kalimat bahasa Inggris yang benar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The pencil is under the pencil case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The pencil is in the pencil case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The pencil is on the chair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The pencil is flying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'In' menunjukkan posisi di dalam wadah (in the pencil case).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Bola berada di bawah kursi. Kata depan yang tepat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In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On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Under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At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C — Pembahasan: </w:t>
      </w:r>
      <w:r>
        <w:rPr>
          <w:rFonts w:ascii="Calibri" w:hAnsi="Calibri"/>
          <w:b w:val="0"/>
          <w:i/>
          <w:color w:val="64748B"/>
          <w:sz w:val="17"/>
        </w:rPr>
        <w:t>'Under' artinya di bawah (under the chair).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Pertanyaan dalam bahasa Inggris untuk menanyakan 'Di mana bukuku?'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What is my book?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Where is my book?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Who is my book?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How is my book?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'Where' adalah kata tanya tempat (Di mana).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'Chair' dalam bahasa Indonesia memiliki arti...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Meja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Kursi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Pintu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Jendela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'Chair' artinya kursi.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Bahasa Inggris • Bab 3: Where Is My Pencil?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Topik A: Classroom Objects Vocabulary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Menyebutkan nama-nama benda di dalam kelas (bag, ruler, eraser, pencil, table, chair).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Topik B: Prepositions of Place (In, On, Under)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Menunjukkan letak benda menggunakan preposisi 'in' (di dalam), 'on' (di atas), dan 'under' (di bawah).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Topik C: Asking and Answering Location (Where is...?)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Mempraktikkan dialog mencari letak barang alat tulis yang hilang di dalam kelas.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Bab 3 membimbing peserta didik mengidentifikasi letak posisi benda-benda alat tulis dan perlengkapan kelas (*pencil, book, eraser, ruler, bag, table, chair, pencil case*).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Peserta didik mempelajari tiga kata depan penunjuk posisi dasar (*prepositions of place*): *in* (di dalam), *on* (di atas permukaan), dan *under* (di bawah).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Struktur kalimat difokuskan pada pertanyaan lokasi: *'Where is my pencil?'* dan respon deskriptifnya: *'It is on the table'* atau *'It is in your bag'*. Permainan mencari benda tersembunyi (*treasure hunt*) di ruang kelas membuat pembelajaran interaktif dan menyenangkan.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Prepositions of Place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Kata depan bahasa Inggris yang menunjukkan letak atau posisi suatu benda.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In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Preposisi yang menunjukkan posisi berada di dalam suatu ruang atau wadah.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On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Preposisi yang menunjukkan posisi menempel di atas permukaan benda.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Under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Preposisi yang menunjukkan posisi berada tepat di bawah benda lain.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Bahasa Inggris Kelas 2 SD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