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Do You Like Apple?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dan melafalkan minimal 8 nama buah dalam bahasa Inggris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frasa 'Do you like...?' untuk menanyakan buah kesukaan teman.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merespon pertanyaan kesukaan dengan kalimat 'Yes, I do' atau 'No, I don't' secara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pengenalan kosakata nama buah-buahan (fruits) dan pola kalimat tanya kesukaan 'Do you like...?' dengan respon 'Yes, I do / No, I do not'.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Vocabulary of Delicious Fruits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dan mencocokkan gambar buah dengan kosakata bahasa Inggris yang benar.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and Answering Preferences (Do you like...?)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pola dialog tanya jawab kesukaan buah bersama teman berpasangan.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Singing Fruit Songs and Role Play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Menyanyikan lagu buah dan melakukan simulasi belanja buah di toko buah mini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dalam bahasa Inggris untuk buah 'Pisang' yang berwarna kuning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Apple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Banana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Mango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Grape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'Banana' adalah bahasa Inggris dari buah pisang.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teman bertanya: 'Do you like orange?' dan kamu sangat menyukainya, jawaban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No, I don't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Yes, I 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 am fine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Good morning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'Yes, I do' digunakan untuk menyatakan kesukaan terhadap pertanyaan 'Do you like...?'.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'Watermelon' dalam bahasa Indonesia adalah buah...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Pepaya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Semangka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Jeruk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Nanas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'Watermelon' artinya buah semangka yang kaya kandungan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Lengkapilah kalimat tanya berikut: '... you like strawberry?'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tanya pembantu untuk subjek 'you' dalam kalimat kesukaan adalah 'Do' (Do you like...?).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Gambar buah apel merah dalam bahasa Inggris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Red apple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Green grape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Yellow banana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Sweet orange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'Red apple' artinya buah apel merah.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Do You Like Apple?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Vocabulary of Delicious Fruits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dan mencocokkan gambar buah dengan kosakata bahasa Inggris yang benar.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and Answering Preferences (Do you like...?)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pola dialog tanya jawab kesukaan buah bersama teman berpasangan.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Singing Fruit Songs and Role Play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Menyanyikan lagu buah dan melakukan simulasi belanja buah di toko buah mini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1 mengawali pembelajaran bahasa Inggris kelas 2 dengan tema buah-buahan yang dekat dan disukai anak-anak. Peserta didik belajar melafalkan nama-nama buah seperti *apple, banana, mango, orange, watermelon, strawberry, papaya,* dan *grape* dengan pelafalan (*pronunciation*) yang tepat.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kebahasaan difokuskan pada pola tanya jawab sederhana mengenai kesukaan (*preferences*): *'Do you like apple?'* dan bagaimana meresponnya secara santun dengan *'Yes, I do'* (jika suka) atau *'No, I do not / No, I don't'* (jika tidak suka).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lagu ceria dan permainan kartu tebak buah bergambar, peserta didik berlatih berbicara secara berpasangan dengan teman sekelas tanpa rasa cemas.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Fruits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Buah-buahan segar yang menyehatkan tubuh.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Preference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Pilihan atau kesukaan seseorang terhadap suatu benda atau makanan.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 you like...?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tanya dalam bahasa Inggris yang berarti 'Apakah kamu suka...?'.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Yes, I do / No, I don't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Jawaban persetujuan atau penolakan singkat dalam bahasa Inggris.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