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Professional Presentation and Project Showcase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Professional Presentation and Project Showcase dalam konteks operasional kejuruan secara komprehensif.</w:t>
      </w:r>
    </w:p>
    <w:p>
      <w:pPr>
        <w:pStyle w:val="ListNumber"/>
      </w:pPr>
      <w:r>
        <w:rPr>
          <w:rFonts w:ascii="Calibri" w:hAnsi="Calibri"/>
          <w:b w:val="0"/>
          <w:i w:val="0"/>
          <w:color w:val="000000"/>
          <w:sz w:val="19"/>
        </w:rPr>
        <w:t>Menerapkan prosedur kerja dan teknik pemecahan masalah terkait Professional Presentation and Project Showcase secara mandiri dan presisi.</w:t>
      </w:r>
    </w:p>
    <w:p>
      <w:pPr>
        <w:pStyle w:val="ListNumber"/>
      </w:pPr>
      <w:r>
        <w:rPr>
          <w:rFonts w:ascii="Calibri" w:hAnsi="Calibri"/>
          <w:b w:val="0"/>
          <w:i w:val="0"/>
          <w:color w:val="000000"/>
          <w:sz w:val="19"/>
        </w:rPr>
        <w:t>Mengevaluasi hasil kerja, kepatuhan SOP, dan keselamatan kerja (K3) pada aktivitas pembelajaran Professional Presentation and Project Showcase.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Mempresentasikan hasil proyek karya siswa di depan audiens internasional menggunakan transisi bahasa Inggris formal dan visual aids.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Professional Presentation and Project Showcase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Professional Presentation and Project Showcase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Professional Presentation and Project Showcase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Professional Presentation and Project Showcase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Professional Presentation and Project Showcase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Professional Presentation and Project Showcase?</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Professional Presentation and Project Showcase.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Professional Presentation and Project Showcase?</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Professional Presentation and Project Showcase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4: Professional Presentation and Project Showcase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Professional Presentation and Project Showcase</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Professional Presentation and Project Showcase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Professional Presentation and Project Showcase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Professional Presentation and Project Showcase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Professional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Professional Presentation and Project Showcase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Presentation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Project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