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Explaining Technical How-To Procedures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Explaining Technical How-To Procedures dalam konteks operasional kejuruan secara komprehensif.</w:t>
      </w:r>
    </w:p>
    <w:p>
      <w:pPr>
        <w:pStyle w:val="ListNumber"/>
      </w:pPr>
      <w:r>
        <w:rPr>
          <w:rFonts w:ascii="Calibri" w:hAnsi="Calibri"/>
          <w:b w:val="0"/>
          <w:i w:val="0"/>
          <w:color w:val="000000"/>
          <w:sz w:val="19"/>
        </w:rPr>
        <w:t>Menerapkan prosedur kerja dan teknik pemecahan masalah terkait Explaining Technical How-To Procedures secara mandiri dan presisi.</w:t>
      </w:r>
    </w:p>
    <w:p>
      <w:pPr>
        <w:pStyle w:val="ListNumber"/>
      </w:pPr>
      <w:r>
        <w:rPr>
          <w:rFonts w:ascii="Calibri" w:hAnsi="Calibri"/>
          <w:b w:val="0"/>
          <w:i w:val="0"/>
          <w:color w:val="000000"/>
          <w:sz w:val="19"/>
        </w:rPr>
        <w:t>Mengevaluasi hasil kerja, kepatuhan SOP, dan keselamatan kerja (K3) pada aktivitas pembelajaran Explaining Technical How-To Procedures.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Menyusun petunjuk pengoperasian mesin atau panduan perangkat lunak dalam bahasa Inggris dengan urutan instruksi imperatif jelas.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Explaining Technical How-To Procedures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Explaining Technical How-To Procedures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Explaining Technical How-To Procedures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Explaining Technical How-To Procedures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Explaining Technical How-To Procedures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Explaining Technical How-To Procedures?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Explaining Technical How-To Procedures.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Explaining Technical How-To Procedures?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Explaining Technical How-To Procedures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3: Explaining Technical How-To Procedures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Explaining Technical How-To Procedures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Explaining Technical How-To Procedures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Explaining Technical How-To Procedures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Explaining Technical How-To Procedures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Explaining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Explaining Technical How-To Procedures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Technical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How-To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