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News Items on Trade, Technology, and Business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News Items on Trade, Technology, and Business dalam konteks operasional kejuruan secara komprehensif.</w:t>
      </w:r>
    </w:p>
    <w:p>
      <w:pPr>
        <w:pStyle w:val="ListNumber"/>
      </w:pPr>
      <w:r>
        <w:rPr>
          <w:rFonts w:ascii="Calibri" w:hAnsi="Calibri"/>
          <w:b w:val="0"/>
          <w:i w:val="0"/>
          <w:color w:val="000000"/>
          <w:sz w:val="19"/>
        </w:rPr>
        <w:t>Menerapkan prosedur kerja dan teknik pemecahan masalah terkait News Items on Trade, Technology, and Business secara mandiri dan presisi.</w:t>
      </w:r>
    </w:p>
    <w:p>
      <w:pPr>
        <w:pStyle w:val="ListNumber"/>
      </w:pPr>
      <w:r>
        <w:rPr>
          <w:rFonts w:ascii="Calibri" w:hAnsi="Calibri"/>
          <w:b w:val="0"/>
          <w:i w:val="0"/>
          <w:color w:val="000000"/>
          <w:sz w:val="19"/>
        </w:rPr>
        <w:t>Mengevaluasi hasil kerja, kepatuhan SOP, dan keselamatan kerja (K3) pada aktivitas pembelajaran News Items on Trade, Technology, and Business.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teks berita terkini mengenai inovasi teknologi global, menyarikan headline, sumber berita, dan dampak ekonominya.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News Items on Trade, Technology, and Business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News Items on Trade, Technology, and Business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News Items on Trade, Technology, and Business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News Items on Trade, Technology, and Business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News Items on Trade, Technology, and Business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News Items on Trade, Technology, and Business?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News Items on Trade, Technology, and Business.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News Items on Trade, Technology, and Business?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News Items on Trade, Technology, and Business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2: News Items on Trade, Technology, and Business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News Items on Trade, Technology, and Business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News Items on Trade, Technology, and Business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News Items on Trade, Technology, and Business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News Items on Trade, Technology, and Business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News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News Items on Trade, Technology, and Business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Items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Trade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