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Professional Job Application Letter and Interview Skills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Professional Job Application Letter and Interview Skills dalam konteks operasional kejuruan secara komprehensif.</w:t>
      </w:r>
    </w:p>
    <w:p>
      <w:pPr>
        <w:pStyle w:val="ListNumber"/>
      </w:pPr>
      <w:r>
        <w:rPr>
          <w:rFonts w:ascii="Calibri" w:hAnsi="Calibri"/>
          <w:b w:val="0"/>
          <w:i w:val="0"/>
          <w:color w:val="000000"/>
          <w:sz w:val="19"/>
        </w:rPr>
        <w:t>Menerapkan prosedur kerja dan teknik pemecahan masalah terkait Professional Job Application Letter and Interview Skills secara mandiri dan presisi.</w:t>
      </w:r>
    </w:p>
    <w:p>
      <w:pPr>
        <w:pStyle w:val="ListNumber"/>
      </w:pPr>
      <w:r>
        <w:rPr>
          <w:rFonts w:ascii="Calibri" w:hAnsi="Calibri"/>
          <w:b w:val="0"/>
          <w:i w:val="0"/>
          <w:color w:val="000000"/>
          <w:sz w:val="19"/>
        </w:rPr>
        <w:t>Mengevaluasi hasil kerja, kepatuhan SOP, dan keselamatan kerja (K3) pada aktivitas pembelajaran Professional Job Application Letter and Interview Skills.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Menulis surat lamaran kerja bahasa Inggris, menyusun resume modern, dan simulasi menjawab pertanyaan wawancara kerja DUDI.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Professional Job Application Letter and Interview Skills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Professional Job Application Letter and Interview Skills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Professional Job Application Letter and Interview Skills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Professional Job Application Letter and Interview Skills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Professional Job Application Letter and Interview Skills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Professional Job Application Letter and Interview Skills?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Professional Job Application Letter and Interview Skills.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Professional Job Application Letter and Interview Skills?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Professional Job Application Letter and Interview Skills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1: Professional Job Application Letter and Interview Skills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Professional Job Application Letter and Interview Skills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Professional Job Application Letter and Interview Skills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Professional Job Application Letter and Interview Skills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Professional Job Application Letter and Interview Skills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Professional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Professional Job Application Letter and Interview Skills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Application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Letter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