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F (KELAS 12)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Scientific Manuals and Technical Instructions (Procedure)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struktur dan bahasa instruksional dalam manual teknis ilmiah.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menggunakan kalimat imperatif dan modalitas kehati-hatian dalam teks prosedur.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menyusun manual prosedur teknis dan panduan pemecahan masalah (troubleshooting) yang akurat.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Technical and scientific procedural manuals, operational instructions, safety warnings, imperative mood, modal verbs of precaution (must, ensure, avoid), and troubleshooting protocols in laboratory and engineering contexts.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Structure of Technical and Laboratory Procedure Manuals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Formulating clear objectives, equipment inventories, sequential instructions, and warnings.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Imperative Mood and Precautionary Modals in Instructions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Applying direct command structures and modal verbs of caution (ensure, avoid, verify).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Troubleshooting Guides and Problem-Solution Syntax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Constructing conditional troubleshooting matrices (If [problem], then [action]).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Drafting an Engineering User Guide for School Lab Equipment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Writing an authentic, safety-compliant manual for operating a solar inverter system.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Which sentence exemplifies a proper imperative command in a laboratory procedure manual?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Calibrate the digital pH meter using the pH 7.0 buffer solution before taking any measurements.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You might want to calibrate the pH meter if you feel like it.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 scientist was calibrating the pH meter yesterday.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Calibration is a very interesting topic in chemistry.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Option A starts directly with the base verb 'Calibrate', providing a clear, actionable imperative command.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What is the primary function of a 'Caution' or 'Warning' box in an engineering manual?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alert the operator to critical safety risks or actions that could cause equipment failure or injury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provide historical background of the company's founders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advertise new product accessories for sale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decorate the page layout with colorful icons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Warning boxes highlight safety-critical precautions to protect the user from injury and equipment damage.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In a troubleshooting protocol, complete the conditional remedy: 'If the motor overheats during operation, ...'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immediately disconnect power and check the ventilation vents for blockages.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 motor was very hot yesterday.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continue running at maximum speed for three hours.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buy a completely new machine immediately.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Option A provides an actionable, safety-first troubleshooting directive.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Which modal phrase expresses a mandatory safety requirement in technical documentation?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must be worn at all times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might be worn if you like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could perhaps be worn tomorrow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would rather not be worn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'Must be worn' denotes mandatory compliance required for occupational safety.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What is the correct sequencing transition to introduce the final stage of an assembly procedure?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Finally, secure the casing by tightening all four screws firmly.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Initially, unpack all parts.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Meanwhile, read the introduction.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Consequently, it was broken.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'Finally' signals the concluding terminal step of a sequential procedural timeline.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5: Scientific Manuals and Technical Instructions (Procedure)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Structure of Technical and Laboratory Procedure Manuals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Formulating clear objectives, equipment inventories, sequential instructions, and warnings.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Imperative Mood and Precautionary Modals in Instructions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Applying direct command structures and modal verbs of caution (ensure, avoid, verify).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Troubleshooting Guides and Problem-Solution Syntax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Constructing conditional troubleshooting matrices (If [problem], then [action]).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Drafting an Engineering User Guide for School Lab Equipment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Writing an authentic, safety-compliant manual for operating a solar inverter system.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Technical procedure texts provide precise, sequential instructions guiding users through complex operations—such as calibrating laboratory spectrophotometers, operating 3D printers, or deploying robotic software frameworks. Precision and clarity prevent operational hazards.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The anatomy of a technical manual encompasses: Goal/Objective (defining the task), Required Equipment/Materials (specifying calibrated apparatus and safety gear), Step-by-Step Instructions (imperative action steps), Safety Warnings (*Caution / Danger notes*), and Troubleshooting Matrices.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Linguistic features include concise imperative sentences (*insert, calibrate, tighten*), sequencing adverbs, precise technical terminology, and precautionary modal verbs (*must be grounded, ensure that...*).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Technical Manual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 formal document containing comprehensive instructions, safety guidelines, and troubleshooting protocols for operating a mechanical or digital system.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Imperative Sentence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 sentence that expresses a direct command, instruction, or request, typically starting with a base verb without an explicit subject (e.g., *Rotate the dial*).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Precautionary Note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 highlighted warning in a manual alerting the user to potential hazards, equipment damage, or personal injury.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Troubleshooting Matrix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 systematic table listing common operational symptoms, probable causes, and corrective remedy actions.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Calibration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precise adjustment and verification of a measuring instrument against an established standard.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12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