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Artificial Intelligence and Ethical Dilemmas (Discussion)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teks diskusi dan mengevaluasi argumen pro-kontra terkait etika kecerdasan buatan.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klausa konsesif (concessive clauses) dan konjungsi perlawanan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esai diskusi berimbang mengenai dampak disrupsi teknologi terhadap masa depan.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Analyzing discussion texts concerning artificial intelligence disruption, evaluating multifaceted arguments (innovation vs workforce displacement and deepfake threats), mastering concessive clauses (although, even though, despite), and drafting synthetic conclusions.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Structure of Dual-Perspective Discussion Texts on Technology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Formulating balanced problem statements and delineating multi-stakeholder views.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Concessive Connectors: 'Although', 'Even Though', 'Despite', 'In Spite Of'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Mastering clause structures with finite verbs versus noun phrases.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Academic Vocabularies of AI Ethics and Technological Disruption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concepts such as algorithmic transparency, generative models, and copyright parity.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Composing a Balanced Essay on AI in Creative Industries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Synthesizing contrasting opinions into a pragmatic, policy-oriented conclusion.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sentence correctly demonstrates the grammatical rule for using 'Despite'?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Despite the severe algorithmic limitations, the medical AI assisted doctors accurately.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Despite the medical AI was limited, doctors used it accurately.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Despite of the limitations, the AI worked.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Despite that it was limited, but doctors used it.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'Despite' is a preposition followed directly by a noun phrase ('the severe algorithmic limitations') without a finite verb clause.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sentence with the appropriate concessive conjunction: '... generative AI models can generate realistic essays, human oversight remains vital for fact-checking.'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Although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Therefore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Unless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'Although' introduces a concessive dependent clause contrasting AI capability with the necessity of human fact-checking.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 a discussion essay analyzing the impact of AI on employment, what distinguishes the 'Synthesis' paragraph from a simple summary?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provides a nuanced compromise or actionable policy framework bridging both opposing perspectives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declares that both sides are completely useless and invalid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introduces a completely unrelated third topic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lists all computer hardware manufacturers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synthesis harmonizes both opposing perspectives by proposing balanced compromises or regulatory safeguards.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phrase is most suitable for introducing an argument against autonomous AI decision-making?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 the other hand, skeptics caution that automated systems lack moral accountability.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Without a doubt, every single human agrees that AI is perfect.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start my personal diary entry today,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addition to the previous positive point,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'On the other hand, skeptics caution that...' is an established academic transitional phrase for introducing counter-arguments.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primary function of modal expressions (*e.g., could potentially, may contribute, arguably*) in academic discussion essays?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maintain academic hedging, avoiding overgeneralized and unverified absolute claims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express personal confusion and inability to write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show that the author never attended school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make the sentences deliberately grammatical errors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Hedging modals convey appropriate academic caution, ensuring arguments remain balanced and evidence-based.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Artificial Intelligence and Ethical Dilemmas (Discussion)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Structure of Dual-Perspective Discussion Texts on Technology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Formulating balanced problem statements and delineating multi-stakeholder views.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Concessive Connectors: 'Although', 'Even Though', 'Despite', 'In Spite Of'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Mastering clause structures with finite verbs versus noun phrases.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Academic Vocabularies of AI Ethics and Technological Disruption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concepts such as algorithmic transparency, generative models, and copyright parity.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Composing a Balanced Essay on AI in Creative Industries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Synthesizing contrasting opinions into a pragmatic, policy-oriented conclusion.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The pervasive integration of Artificial Intelligence (AI) and automated systems into education, medicine, and corporate landscapes sparks intense ethical debates globally. Discussion texts explore these dual-perspective issues objectively, balancing technological breakthroughs with humanitarian concerns.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 sophisticated discussion essay comprises an Issue statement (framing the societal dilemma), Arguments in Favor (*proponents highlighting productivity gains, medical diagnostics, and accessibility*), Arguments Against (*critics warning against algorithmic bias, surveillance, and intellectual property erosion*), and a Balanced Synthesis.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Key grammatical devices include concessive conjunctions (*although, even though, in spite of*), contrastive transitions (*on the contrary, conversely*), and evaluative modal verbs demonstrating nuanced academic argumentation.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Concessive Clause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subordinate clause that introduces an unexpected contrast or concession (e.g., *Although AI accelerates research, it poses ethical risks*).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Despite / In Spite Of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Prepositions expressing concession followed by a noun phrase or gerund, not a full independent clause.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Balanced Synthesis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concluding stage of a discussion text that integrates contrasting viewpoints into a comprehensive resolution.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Algorithmic Bias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Systematic and unfair discrimination in automated AI outputs caused by biased training datasets.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Generative 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Artificial intelligence systems capable of generating novel text, images, or code based on prompts.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