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Personal and Professional Email Correspondence</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Personal and Professional Email Correspondence dalam konteks operasional kejuruan secara komprehensif.</w:t>
      </w:r>
    </w:p>
    <w:p>
      <w:pPr>
        <w:pStyle w:val="ListNumber"/>
      </w:pPr>
      <w:r>
        <w:rPr>
          <w:rFonts w:ascii="Calibri" w:hAnsi="Calibri"/>
          <w:b w:val="0"/>
          <w:i w:val="0"/>
          <w:color w:val="000000"/>
          <w:sz w:val="19"/>
        </w:rPr>
        <w:t>Menerapkan prosedur kerja dan teknik pemecahan masalah terkait Personal and Professional Email Correspondence secara mandiri dan presisi.</w:t>
      </w:r>
    </w:p>
    <w:p>
      <w:pPr>
        <w:pStyle w:val="ListNumber"/>
      </w:pPr>
      <w:r>
        <w:rPr>
          <w:rFonts w:ascii="Calibri" w:hAnsi="Calibri"/>
          <w:b w:val="0"/>
          <w:i w:val="0"/>
          <w:color w:val="000000"/>
          <w:sz w:val="19"/>
        </w:rPr>
        <w:t>Mengevaluasi hasil kerja, kepatuhan SOP, dan keselamatan kerja (K3) pada aktivitas pembelajaran Personal and Professional Email Correspondence.</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Tata cara penulisan surel formal kepada mitra usaha, etika subjek email, salam pembuka, dan penutup korespondensi digital.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Personal and Professional Email Correspondence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Personal and Professional Email Correspondence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Personal and Professional Email Correspondence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Personal and Professional Email Correspondence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Personal and Professional Email Correspondence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Personal and Professional Email Correspondence?</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Personal and Professional Email Correspondence.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Personal and Professional Email Correspondence?</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Personal and Professional Email Correspondence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Inggris • Bab 5: Personal and Professional Email Correspondence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Personal and Professional Email Correspondence</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Personal and Professional Email Correspondence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Personal and Professional Email Correspondence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Personal and Professional Email Correspondence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Personal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Personal and Professional Email Correspondence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Professional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Email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