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Analytical Exposition of Industrial Trends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Analytical Exposition of Industrial Trends dalam konteks operasional kejuruan secara komprehensif.</w:t>
      </w:r>
    </w:p>
    <w:p>
      <w:pPr>
        <w:pStyle w:val="ListNumber"/>
      </w:pPr>
      <w:r>
        <w:rPr>
          <w:rFonts w:ascii="Calibri" w:hAnsi="Calibri"/>
          <w:b w:val="0"/>
          <w:i w:val="0"/>
          <w:color w:val="000000"/>
          <w:sz w:val="19"/>
        </w:rPr>
        <w:t>Menerapkan prosedur kerja dan teknik pemecahan masalah terkait Analytical Exposition of Industrial Trends secara mandiri dan presisi.</w:t>
      </w:r>
    </w:p>
    <w:p>
      <w:pPr>
        <w:pStyle w:val="ListNumber"/>
      </w:pPr>
      <w:r>
        <w:rPr>
          <w:rFonts w:ascii="Calibri" w:hAnsi="Calibri"/>
          <w:b w:val="0"/>
          <w:i w:val="0"/>
          <w:color w:val="000000"/>
          <w:sz w:val="19"/>
        </w:rPr>
        <w:t>Mengevaluasi hasil kerja, kepatuhan SOP, dan keselamatan kerja (K3) pada aktivitas pembelajaran Analytical Exposition of Industrial Trends.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Menulis esai eksposisi analitis tentang otomasi kecerdasan buatan, menyajikan tesis dan argumen ilmiah penutup yang meyakinkan.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Analytical Exposition of Industrial Trends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Analytical Exposition of Industrial Trends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Analytical Exposition of Industrial Trends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Analytical Exposition of Industrial Trends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Analytical Exposition of Industrial Trends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Analytical Exposition of Industrial Trends?</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Analytical Exposition of Industrial Trends.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Analytical Exposition of Industrial Trends?</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Analytical Exposition of Industrial Trends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Inggris • Bab 4: Analytical Exposition of Industrial Trends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Analytical Exposition of Industrial Trends</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Analytical Exposition of Industrial Trends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Analytical Exposition of Industrial Trends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Analytical Exposition of Industrial Trends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Analytical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Analytical Exposition of Industrial Trends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Exposition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Industrial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