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Formal Invitations for Corporate Events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Formal Invitations for Corporate Events dalam konteks operasional kejuruan secara komprehensif.</w:t>
      </w:r>
    </w:p>
    <w:p>
      <w:pPr>
        <w:pStyle w:val="ListNumber"/>
      </w:pPr>
      <w:r>
        <w:rPr>
          <w:rFonts w:ascii="Calibri" w:hAnsi="Calibri"/>
          <w:b w:val="0"/>
          <w:i w:val="0"/>
          <w:color w:val="000000"/>
          <w:sz w:val="19"/>
        </w:rPr>
        <w:t>Menerapkan prosedur kerja dan teknik pemecahan masalah terkait Formal Invitations for Corporate Events secara mandiri dan presisi.</w:t>
      </w:r>
    </w:p>
    <w:p>
      <w:pPr>
        <w:pStyle w:val="ListNumber"/>
      </w:pPr>
      <w:r>
        <w:rPr>
          <w:rFonts w:ascii="Calibri" w:hAnsi="Calibri"/>
          <w:b w:val="0"/>
          <w:i w:val="0"/>
          <w:color w:val="000000"/>
          <w:sz w:val="19"/>
        </w:rPr>
        <w:t>Mengevaluasi hasil kerja, kepatuhan SOP, dan keselamatan kerja (K3) pada aktivitas pembelajaran Formal Invitations for Corporate Events.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Menyusun surat undangan resmi pameran produk kejuruan, seminar teknologi, serta merespons konfirmasi kehadiran (RSVP).</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Formal Invitations for Corporate Events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Formal Invitations for Corporate Events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Formal Invitations for Corporate Events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Formal Invitations for Corporate Events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Formal Invitations for Corporate Events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Formal Invitations for Corporate Events?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Formal Invitations for Corporate Events.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Formal Invitations for Corporate Events?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Formal Invitations for Corporate Events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3: Formal Invitations for Corporate Events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Formal Invitations for Corporate Events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Formal Invitations for Corporate Events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Formal Invitations for Corporate Events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Formal Invitations for Corporate Events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Formal Invitations for Corporate Events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Invitations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Corporate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