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Expressing Opinions and Business Arguments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Expressing Opinions and Business Arguments dalam konteks operasional kejuruan secara komprehensif.</w:t>
      </w:r>
    </w:p>
    <w:p>
      <w:pPr>
        <w:pStyle w:val="ListNumber"/>
      </w:pPr>
      <w:r>
        <w:rPr>
          <w:rFonts w:ascii="Calibri" w:hAnsi="Calibri"/>
          <w:b w:val="0"/>
          <w:i w:val="0"/>
          <w:color w:val="000000"/>
          <w:sz w:val="19"/>
        </w:rPr>
        <w:t>Menerapkan prosedur kerja dan teknik pemecahan masalah terkait Expressing Opinions and Business Arguments secara mandiri dan presisi.</w:t>
      </w:r>
    </w:p>
    <w:p>
      <w:pPr>
        <w:pStyle w:val="ListNumber"/>
      </w:pPr>
      <w:r>
        <w:rPr>
          <w:rFonts w:ascii="Calibri" w:hAnsi="Calibri"/>
          <w:b w:val="0"/>
          <w:i w:val="0"/>
          <w:color w:val="000000"/>
          <w:sz w:val="19"/>
        </w:rPr>
        <w:t>Mengevaluasi hasil kerja, kepatuhan SOP, dan keselamatan kerja (K3) pada aktivitas pembelajaran Expressing Opinions and Business Arguments.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Menyampaikan opini bisnis, setuju atau tidak setuju secara profesional dalam rapat tim kerja, dan memperkuat pendapat dengan data.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Expressing Opinions and Business Arguments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Expressing Opinions and Business Arguments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Expressing Opinions and Business Arguments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Expressing Opinions and Business Arguments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Expressing Opinions and Business Arguments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Expressing Opinions and Business Arguments?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Expressing Opinions and Business Arguments.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Expressing Opinions and Business Arguments?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Expressing Opinions and Business Arguments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2: Expressing Opinions and Business Arguments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Expressing Opinions and Business Arguments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Expressing Opinions and Business Arguments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Expressing Opinions and Business Arguments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Expressing Opinions and Business Arguments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Expressing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Expressing Opinions and Business Arguments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Opinions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Business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