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Offering Suggestions and Workplace Solutions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Offering Suggestions and Workplace Solutions dalam konteks operasional kejuruan secara komprehensif.</w:t>
      </w:r>
    </w:p>
    <w:p>
      <w:pPr>
        <w:pStyle w:val="ListNumber"/>
      </w:pPr>
      <w:r>
        <w:rPr>
          <w:rFonts w:ascii="Calibri" w:hAnsi="Calibri"/>
          <w:b w:val="0"/>
          <w:i w:val="0"/>
          <w:color w:val="000000"/>
          <w:sz w:val="19"/>
        </w:rPr>
        <w:t>Menerapkan prosedur kerja dan teknik pemecahan masalah terkait Offering Suggestions and Workplace Solutions secara mandiri dan presisi.</w:t>
      </w:r>
    </w:p>
    <w:p>
      <w:pPr>
        <w:pStyle w:val="ListNumber"/>
      </w:pPr>
      <w:r>
        <w:rPr>
          <w:rFonts w:ascii="Calibri" w:hAnsi="Calibri"/>
          <w:b w:val="0"/>
          <w:i w:val="0"/>
          <w:color w:val="000000"/>
          <w:sz w:val="19"/>
        </w:rPr>
        <w:t>Mengevaluasi hasil kerja, kepatuhan SOP, dan keselamatan kerja (K3) pada aktivitas pembelajaran Offering Suggestions and Workplace Solutions.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Memberikan saran dan tawaran bantuan solutif saat menghadapi kendala teknis di bengkel menggunakan modal auxiliaries.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Offering Suggestions and Workplace Solutions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Offering Suggestions and Workplace Solutions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Offering Suggestions and Workplace Solutions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Offering Suggestions and Workplace Solutions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Offering Suggestions and Workplace Solutions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Offering Suggestions and Workplace Solutions?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Offering Suggestions and Workplace Solutions.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Offering Suggestions and Workplace Solutions?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Offering Suggestions and Workplace Solutions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1: Offering Suggestions and Workplace Solutions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Offering Suggestions and Workplace Solutions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Offering Suggestions and Workplace Solutions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Offering Suggestions and Workplace Solutions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Offering Suggestions and Workplace Solutions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Offering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Offering Suggestions and Workplace Solutions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Suggestions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Workplace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