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Digital Literacy and Social Media Ethics (Analytical Exposition)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struktur teks, ide pokok, dan fungsi sosial teks analytical exposition bertema literasi digital.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konjungsi logis dan kosakata evaluatif dalam menyusun argumen tertulis.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memproduksi teks eksposisi analitis tulis dan lisan untuk menyampaikan opini kritis secara terstruktur.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teks analytical exposition bertema literasi digital, menyusun argumen logis, mengidentifikasi thesis-arguments-reiteration, menggunakan konjungsi kausalitas/internal, serta mengevaluasi etika berinternet secara kritis.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Generic Structure of Analytical Exposition Texts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Deconstructing thesis statements, topic sentences, supporting data, and conclusion paragraphs.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Logical Connectors and Causal Conjunctions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Applying cohesive transitions to build coherent and persuasive argumentation chains.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Fact vs. Opinion and Source Credibility Online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Evaluating digital information, spotting cognitive biases, and verifying media reliability.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Composing an Analytical Essay on Digital Safety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Drafting an essay advocating cybersecurity measures and ethical digital citizenship.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What is the primary communicative purpose of an analytical exposition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persuade the readers that a particular phenomenon or issue is important to discuss by providing logical arguments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narrate an entertaining folk story with moral values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describe a specific historical monument in vivid sensory details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step-by-step instructions on how to operate software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Analytical exposition texts aim to convince the audience of the validity of a viewpoint through structured, fact-based arguments.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Read the sentence: 'Excessive screen time disrupts circadian rhythms; ..., teens often suffer from severe sleep deprivation.' Which cohesive conjunction best fills the blank?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consequently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 the other hand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nevertheless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contrast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'Consequently' expresses a direct cause-and-effect relationship resulting from the disrupted circadian rhythms.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part of an analytical exposition summarizes the arguments and restates the author's primary standpoint?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Reiteration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Recommendation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Reiteration concludes the analytical exposition by reaffirming the initial thesis in light of the arguments presented.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sentences represents an objective factual statement rather than a subjective opinion?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2023 survey indicated that 68% of adolescent smartphone users verify information before sharing news online.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Social media is undoubtedly the worst invention of the twenty-first century.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Everyone should immediately delete their gaming accounts to succeed in school.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Digital books are always more enjoyable to read than printed paperbacks.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Option A provides empirical, verifiable statistical survey data without subjective value judgments.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word in an analytical exposition serves to add a supplementary point supporting an existing claim?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Furthermore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Although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Unless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Despite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'Furthermore' is an additive internal conjunction used to introduce additional supporting evidence.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Digital Literacy and Social Media Ethics (Analytical Exposition)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Generic Structure of Analytical Exposition Texts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Deconstructing thesis statements, topic sentences, supporting data, and conclusion paragraphs.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Logical Connectors and Causal Conjunctions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Applying cohesive transitions to build coherent and persuasive argumentation chains.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Fact vs. Opinion and Source Credibility Online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Evaluating digital information, spotting cognitive biases, and verifying media reliability.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Composing an Analytical Essay on Digital Safety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Drafting an essay advocating cybersecurity measures and ethical digital citizenship.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Analytical exposition texts evaluate an issue critically to persuade the readers that the presented thesis is well-founded and important. In the contemporary digital landscape, fostering critical digital literacy is vital to navigate information overload, distinguish credible sources from misinformation, and maintain online privacy.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The generic structure of an analytical exposition consists of a Thesis (introducing the topic and stating the writer's position), a series of Arguments (each supported by elaboration, empirical evidence, and logical reasoning), and a Reiteration (restating the writer's stance or summarizing arguments).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Key language features include the use of relational processes, internal conjunctions (*furthermore*, *moreover*, *in addition*), causal conjunctions (*because*, *consequently*, *therefore*), and emotive words to reinforce academic persuasion.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Analytical Exposition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type of spoken or written text intended to persuade the audience that something is the case by presenting supporting arguments.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Thesis Statement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sentence that states the main idea of an essay and indicates the writer's point of view on the topic.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Reiteration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concluding section of an analytical exposition that restates the writer's main position with fresh emphasis.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Causal Conjunction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Linking words that show cause-and-effect relationships between ideas (e.g., *as a result*, *therefore*, *because*).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Digital Footprint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unique trail of data and activities left behind by an individual when using the internet.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