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Narrative Texts and Inspiring Professional Stories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Narrative Texts and Inspiring Professional Stories dalam konteks operasional kejuruan secara komprehensif.</w:t>
      </w:r>
    </w:p>
    <w:p>
      <w:pPr>
        <w:pStyle w:val="ListNumber"/>
      </w:pPr>
      <w:r>
        <w:rPr>
          <w:rFonts w:ascii="Calibri" w:hAnsi="Calibri"/>
          <w:b w:val="0"/>
          <w:i w:val="0"/>
          <w:color w:val="000000"/>
          <w:sz w:val="19"/>
        </w:rPr>
        <w:t>Menerapkan prosedur kerja dan teknik pemecahan masalah terkait Narrative Texts and Inspiring Professional Stories secara mandiri dan presisi.</w:t>
      </w:r>
    </w:p>
    <w:p>
      <w:pPr>
        <w:pStyle w:val="ListNumber"/>
      </w:pPr>
      <w:r>
        <w:rPr>
          <w:rFonts w:ascii="Calibri" w:hAnsi="Calibri"/>
          <w:b w:val="0"/>
          <w:i w:val="0"/>
          <w:color w:val="000000"/>
          <w:sz w:val="19"/>
        </w:rPr>
        <w:t>Mengevaluasi hasil kerja, kepatuhan SOP, dan keselamatan kerja (K3) pada aktivitas pembelajaran Narrative Texts and Inspiring Professional Stories.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cerita fabel atau legenda inspiratif, memahami komplikasi alur naratif, dan memetik pesan moral ketekunan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Narrative Texts and Inspiring Professional Stories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Narrative Texts and Inspiring Professional Stories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Narrative Texts and Inspiring Professional Stories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Narrative Texts and Inspiring Professional Stories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Narrative Texts and Inspiring Professional Stories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Narrative Texts and Inspiring Professional Stories?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Narrative Texts and Inspiring Professional Stories.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Narrative Texts and Inspiring Professional Stories?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Narrative Texts and Inspiring Professional Stories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6: Narrative Texts and Inspiring Professional Stories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Narrative Texts and Inspiring Professional Stories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Narrative Texts and Inspiring Professional Stories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Narrative Texts and Inspiring Professional Stories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Narrative Texts and Inspiring Professional Stories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Narrative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Narrative Texts and Inspiring Professional Stories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Texts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Inspiring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