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Recounting Past Vocational Experiences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Recounting Past Vocational Experiences dalam konteks operasional kejuruan secara komprehensif.</w:t>
      </w:r>
    </w:p>
    <w:p>
      <w:pPr>
        <w:pStyle w:val="ListNumber"/>
      </w:pPr>
      <w:r>
        <w:rPr>
          <w:rFonts w:ascii="Calibri" w:hAnsi="Calibri"/>
          <w:b w:val="0"/>
          <w:i w:val="0"/>
          <w:color w:val="000000"/>
          <w:sz w:val="19"/>
        </w:rPr>
        <w:t>Menerapkan prosedur kerja dan teknik pemecahan masalah terkait Recounting Past Vocational Experiences secara mandiri dan presisi.</w:t>
      </w:r>
    </w:p>
    <w:p>
      <w:pPr>
        <w:pStyle w:val="ListNumber"/>
      </w:pPr>
      <w:r>
        <w:rPr>
          <w:rFonts w:ascii="Calibri" w:hAnsi="Calibri"/>
          <w:b w:val="0"/>
          <w:i w:val="0"/>
          <w:color w:val="000000"/>
          <w:sz w:val="19"/>
        </w:rPr>
        <w:t>Mengevaluasi hasil kerja, kepatuhan SOP, dan keselamatan kerja (K3) pada aktivitas pembelajaran Recounting Past Vocational Experiences.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Menceritakan pengalaman masa lalu saat praktikum atau kunjungan industri menggunakan simple past tense dan time connectives.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Recounting Past Vocational Experiences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Recounting Past Vocational Experiences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Recounting Past Vocational Experiences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Recounting Past Vocational Experiences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Recounting Past Vocational Experiences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Recounting Past Vocational Experiences?</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Recounting Past Vocational Experiences.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Recounting Past Vocational Experiences?</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Recounting Past Vocational Experiences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Inggris • Bab 5: Recounting Past Vocational Experiences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Recounting Past Vocational Experiences</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Recounting Past Vocational Experiences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Recounting Past Vocational Experiences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Recounting Past Vocational Experiences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Recounting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Recounting Past Vocational Experiences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Past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Vocational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