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Self-Introduction and Professional Identity</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Self-Introduction and Professional Identity dalam konteks operasional kejuruan secara komprehensif.</w:t>
      </w:r>
    </w:p>
    <w:p>
      <w:pPr>
        <w:pStyle w:val="ListNumber"/>
      </w:pPr>
      <w:r>
        <w:rPr>
          <w:rFonts w:ascii="Calibri" w:hAnsi="Calibri"/>
          <w:b w:val="0"/>
          <w:i w:val="0"/>
          <w:color w:val="000000"/>
          <w:sz w:val="19"/>
        </w:rPr>
        <w:t>Menerapkan prosedur kerja dan teknik pemecahan masalah terkait Self-Introduction and Professional Identity secara mandiri dan presisi.</w:t>
      </w:r>
    </w:p>
    <w:p>
      <w:pPr>
        <w:pStyle w:val="ListNumber"/>
      </w:pPr>
      <w:r>
        <w:rPr>
          <w:rFonts w:ascii="Calibri" w:hAnsi="Calibri"/>
          <w:b w:val="0"/>
          <w:i w:val="0"/>
          <w:color w:val="000000"/>
          <w:sz w:val="19"/>
        </w:rPr>
        <w:t>Mengevaluasi hasil kerja, kepatuhan SOP, dan keselamatan kerja (K3) pada aktivitas pembelajaran Self-Introduction and Professional Identity.</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Penyampaian perkenalan diri profesional, menyebutkan latar belakang kejuruan, minat keahlian, dan aspirasi karier masa depan.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Self-Introduction and Professional Identity</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Self-Introduction and Professional Identity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Self-Introduction and Professional Identity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Self-Introduction and Professional Identity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Self-Introduction and Professional Identity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Self-Introduction and Professional Identity?</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Self-Introduction and Professional Identity.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Self-Introduction and Professional Identity?</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Self-Introduction and Professional Identity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1: Self-Introduction and Professional Identity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Self-Introduction and Professional Identity</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Self-Introduction and Professional Identity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Self-Introduction and Professional Identity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Self-Introduction and Professional Identity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Self-Introduction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Self-Introduction and Professional Identity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Professional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Identity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