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Congratulating and Complimenting Others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Students are able to identify communicative purposes and language expressions of congratulating and complimenting.</w:t>
      </w:r>
    </w:p>
    <w:p>
      <w:pPr>
        <w:pStyle w:val="ListNumber"/>
      </w:pPr>
      <w:r>
        <w:rPr>
          <w:rFonts w:ascii="Calibri" w:hAnsi="Calibri"/>
          <w:b w:val="0"/>
          <w:i w:val="0"/>
          <w:color w:val="000000"/>
          <w:sz w:val="19"/>
        </w:rPr>
        <w:t>Students are able to use various sentence structures to give and respond to compliments and congratulations politely.</w:t>
      </w:r>
    </w:p>
    <w:p>
      <w:pPr>
        <w:pStyle w:val="ListNumber"/>
      </w:pPr>
      <w:r>
        <w:rPr>
          <w:rFonts w:ascii="Calibri" w:hAnsi="Calibri"/>
          <w:b w:val="0"/>
          <w:i w:val="0"/>
          <w:color w:val="000000"/>
          <w:sz w:val="19"/>
        </w:rPr>
        <w:t>Students are able to create digital greeting cards and conduct interactive role-plays simulating interpersonal communication.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fungsi sosial, ungkapan interpersonal memberi ucapan selamat (congratulating) atas prestasi dan pujian tulus (complimenting) atas penampilan/karya, serta cara meresponsnya dalam percakapan formal dan informal.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Social Functions of Congratulations and Compliments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Understanding when, why, and how to express congratulations and sincere praise appropriately.</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Expressions of Congratulations and Responses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Mastering formal and informal phrases: 'Congratulations on...', 'Happy graduation!', and responses 'Thank you very much!'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Patterns of Complimenting and Admiring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Practicing compliment syntactic patterns: 'What a + adjective + noun!', 'How + adjective!', and 'You look so...'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Designing Digital Congratulatory Greeting Cards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Writing heartfelt personal messages on customized digital cards for peer accomplishments.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Sarah just won first place in the National English Debate Championship. What is the most appropriate expression to congratulate her?</w:t>
      </w:r>
    </w:p>
    <w:p>
      <w:pPr>
        <w:spacing w:before="0" w:after="20"/>
        <w:ind w:left="576"/>
      </w:pPr>
      <w:r>
        <w:rPr>
          <w:rFonts w:ascii="Calibri" w:hAnsi="Calibri"/>
          <w:b w:val="0"/>
          <w:i w:val="0"/>
          <w:color w:val="000000"/>
          <w:sz w:val="18"/>
        </w:rPr>
        <w:t>I am really sorry to hear that, Sarah.</w:t>
      </w:r>
    </w:p>
    <w:p>
      <w:pPr>
        <w:spacing w:before="0" w:after="20"/>
        <w:ind w:left="576"/>
      </w:pPr>
      <w:r>
        <w:rPr>
          <w:rFonts w:ascii="Calibri" w:hAnsi="Calibri"/>
          <w:b w:val="0"/>
          <w:i w:val="0"/>
          <w:color w:val="000000"/>
          <w:sz w:val="18"/>
        </w:rPr>
        <w:t>Congratulations on your outstanding victory, Sarah! You truly deserve it!</w:t>
      </w:r>
    </w:p>
    <w:p>
      <w:pPr>
        <w:spacing w:before="0" w:after="20"/>
        <w:ind w:left="576"/>
      </w:pPr>
      <w:r>
        <w:rPr>
          <w:rFonts w:ascii="Calibri" w:hAnsi="Calibri"/>
          <w:b w:val="0"/>
          <w:i w:val="0"/>
          <w:color w:val="000000"/>
          <w:sz w:val="18"/>
        </w:rPr>
        <w:t>What a terrible debate performance, Sarah!</w:t>
      </w:r>
    </w:p>
    <w:p>
      <w:pPr>
        <w:spacing w:before="0" w:after="20"/>
        <w:ind w:left="576"/>
      </w:pPr>
      <w:r>
        <w:rPr>
          <w:rFonts w:ascii="Calibri" w:hAnsi="Calibri"/>
          <w:b w:val="0"/>
          <w:i w:val="0"/>
          <w:color w:val="000000"/>
          <w:sz w:val="18"/>
        </w:rPr>
        <w:t>You should practice much harder next time, Sarah.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'Congratulations on your outstanding victory...' is the standard and polite way to praise and congratulate someone on winning a competition.</w:t>
      </w:r>
    </w:p>
    <w:p>
      <w:pPr>
        <w:spacing w:before="80" w:after="40"/>
        <w:ind w:left="216"/>
      </w:pPr>
      <w:r>
        <w:rPr>
          <w:rFonts w:ascii="Calibri" w:hAnsi="Calibri"/>
          <w:b/>
          <w:color w:val="000000"/>
          <w:sz w:val="19"/>
        </w:rPr>
        <w:t xml:space="preserve">2. </w:t>
      </w:r>
      <w:r>
        <w:rPr>
          <w:rFonts w:ascii="Calibri" w:hAnsi="Calibri"/>
          <w:b w:val="0"/>
          <w:i w:val="0"/>
          <w:color w:val="000000"/>
          <w:sz w:val="19"/>
        </w:rPr>
        <w:t>Which of the following is a grammatically correct exclamation pattern to compliment a friend's painting?</w:t>
      </w:r>
    </w:p>
    <w:p>
      <w:pPr>
        <w:spacing w:before="0" w:after="20"/>
        <w:ind w:left="576"/>
      </w:pPr>
      <w:r>
        <w:rPr>
          <w:rFonts w:ascii="Calibri" w:hAnsi="Calibri"/>
          <w:b w:val="0"/>
          <w:i w:val="0"/>
          <w:color w:val="000000"/>
          <w:sz w:val="18"/>
        </w:rPr>
        <w:t>What a breathtaking painting this is!</w:t>
      </w:r>
    </w:p>
    <w:p>
      <w:pPr>
        <w:spacing w:before="0" w:after="20"/>
        <w:ind w:left="576"/>
      </w:pPr>
      <w:r>
        <w:rPr>
          <w:rFonts w:ascii="Calibri" w:hAnsi="Calibri"/>
          <w:b w:val="0"/>
          <w:i w:val="0"/>
          <w:color w:val="000000"/>
          <w:sz w:val="18"/>
        </w:rPr>
        <w:t>How a beautiful painting this is!</w:t>
      </w:r>
    </w:p>
    <w:p>
      <w:pPr>
        <w:spacing w:before="0" w:after="20"/>
        <w:ind w:left="576"/>
      </w:pPr>
      <w:r>
        <w:rPr>
          <w:rFonts w:ascii="Calibri" w:hAnsi="Calibri"/>
          <w:b w:val="0"/>
          <w:i w:val="0"/>
          <w:color w:val="000000"/>
          <w:sz w:val="18"/>
        </w:rPr>
        <w:t>What beautiful is this painting!</w:t>
      </w:r>
    </w:p>
    <w:p>
      <w:pPr>
        <w:spacing w:before="0" w:after="20"/>
        <w:ind w:left="576"/>
      </w:pPr>
      <w:r>
        <w:rPr>
          <w:rFonts w:ascii="Calibri" w:hAnsi="Calibri"/>
          <w:b w:val="0"/>
          <w:i w:val="0"/>
          <w:color w:val="000000"/>
          <w:sz w:val="18"/>
        </w:rPr>
        <w:t>How painting beautiful this 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The correct pattern with a singular countable noun is 'What a/an + adjective + noun + subject + verb!' -&gt; 'What a breathtaking painting this is!'.</w:t>
      </w:r>
    </w:p>
    <w:p>
      <w:pPr>
        <w:spacing w:before="80" w:after="40"/>
        <w:ind w:left="216"/>
      </w:pPr>
      <w:r>
        <w:rPr>
          <w:rFonts w:ascii="Calibri" w:hAnsi="Calibri"/>
          <w:b/>
          <w:color w:val="000000"/>
          <w:sz w:val="19"/>
        </w:rPr>
        <w:t xml:space="preserve">3. </w:t>
      </w:r>
      <w:r>
        <w:rPr>
          <w:rFonts w:ascii="Calibri" w:hAnsi="Calibri"/>
          <w:b w:val="0"/>
          <w:i w:val="0"/>
          <w:color w:val="000000"/>
          <w:sz w:val="19"/>
        </w:rPr>
        <w:t>How should someone politely respond when receiving a compliment like 'You did a fantastic job delivering that presentation'?</w:t>
      </w:r>
    </w:p>
    <w:p>
      <w:pPr>
        <w:spacing w:before="0" w:after="20"/>
        <w:ind w:left="576"/>
      </w:pPr>
      <w:r>
        <w:rPr>
          <w:rFonts w:ascii="Calibri" w:hAnsi="Calibri"/>
          <w:b w:val="0"/>
          <w:i w:val="0"/>
          <w:color w:val="000000"/>
          <w:sz w:val="18"/>
        </w:rPr>
        <w:t>Of course, I am the smartest in this class.</w:t>
      </w:r>
    </w:p>
    <w:p>
      <w:pPr>
        <w:spacing w:before="0" w:after="20"/>
        <w:ind w:left="576"/>
      </w:pPr>
      <w:r>
        <w:rPr>
          <w:rFonts w:ascii="Calibri" w:hAnsi="Calibri"/>
          <w:b w:val="0"/>
          <w:i w:val="0"/>
          <w:color w:val="000000"/>
          <w:sz w:val="18"/>
        </w:rPr>
        <w:t>Thank you so much! I really appreciate your kind feedback.</w:t>
      </w:r>
    </w:p>
    <w:p>
      <w:pPr>
        <w:spacing w:before="0" w:after="20"/>
        <w:ind w:left="576"/>
      </w:pPr>
      <w:r>
        <w:rPr>
          <w:rFonts w:ascii="Calibri" w:hAnsi="Calibri"/>
          <w:b w:val="0"/>
          <w:i w:val="0"/>
          <w:color w:val="000000"/>
          <w:sz w:val="18"/>
        </w:rPr>
        <w:t>No, it was completely useless.</w:t>
      </w:r>
    </w:p>
    <w:p>
      <w:pPr>
        <w:spacing w:before="0" w:after="20"/>
        <w:ind w:left="576"/>
      </w:pPr>
      <w:r>
        <w:rPr>
          <w:rFonts w:ascii="Calibri" w:hAnsi="Calibri"/>
          <w:b w:val="0"/>
          <w:i w:val="0"/>
          <w:color w:val="000000"/>
          <w:sz w:val="18"/>
        </w:rPr>
        <w:t>Why are you telling me that?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Accepting a compliment with gratitude ('Thank you so much! I really appreciate...') shows modesty and polite interpersonal communication.</w:t>
      </w:r>
    </w:p>
    <w:p>
      <w:pPr>
        <w:spacing w:before="80" w:after="40"/>
        <w:ind w:left="216"/>
      </w:pPr>
      <w:r>
        <w:rPr>
          <w:rFonts w:ascii="Calibri" w:hAnsi="Calibri"/>
          <w:b/>
          <w:color w:val="000000"/>
          <w:sz w:val="19"/>
        </w:rPr>
        <w:t xml:space="preserve">4. </w:t>
      </w:r>
      <w:r>
        <w:rPr>
          <w:rFonts w:ascii="Calibri" w:hAnsi="Calibri"/>
          <w:b w:val="0"/>
          <w:i w:val="0"/>
          <w:color w:val="000000"/>
          <w:sz w:val="19"/>
        </w:rPr>
        <w:t>Preposition usage: 'Congratulations _______ passing your national driving examination with a perfect score!'</w:t>
      </w:r>
    </w:p>
    <w:p>
      <w:pPr>
        <w:spacing w:before="0" w:after="20"/>
        <w:ind w:left="576"/>
      </w:pPr>
      <w:r>
        <w:rPr>
          <w:rFonts w:ascii="Calibri" w:hAnsi="Calibri"/>
          <w:b w:val="0"/>
          <w:i w:val="0"/>
          <w:color w:val="000000"/>
          <w:sz w:val="18"/>
        </w:rPr>
        <w:t>in</w:t>
      </w:r>
    </w:p>
    <w:p>
      <w:pPr>
        <w:spacing w:before="0" w:after="20"/>
        <w:ind w:left="576"/>
      </w:pPr>
      <w:r>
        <w:rPr>
          <w:rFonts w:ascii="Calibri" w:hAnsi="Calibri"/>
          <w:b w:val="0"/>
          <w:i w:val="0"/>
          <w:color w:val="000000"/>
          <w:sz w:val="18"/>
        </w:rPr>
        <w:t>at</w:t>
      </w:r>
    </w:p>
    <w:p>
      <w:pPr>
        <w:spacing w:before="0" w:after="20"/>
        <w:ind w:left="576"/>
      </w:pPr>
      <w:r>
        <w:rPr>
          <w:rFonts w:ascii="Calibri" w:hAnsi="Calibri"/>
          <w:b w:val="0"/>
          <w:i w:val="0"/>
          <w:color w:val="000000"/>
          <w:sz w:val="18"/>
        </w:rPr>
        <w:t>on</w:t>
      </w:r>
    </w:p>
    <w:p>
      <w:pPr>
        <w:spacing w:before="0" w:after="20"/>
        <w:ind w:left="576"/>
      </w:pPr>
      <w:r>
        <w:rPr>
          <w:rFonts w:ascii="Calibri" w:hAnsi="Calibri"/>
          <w:b w:val="0"/>
          <w:i w:val="0"/>
          <w:color w:val="000000"/>
          <w:sz w:val="18"/>
        </w:rPr>
        <w:t>for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The standard English collocation for congratulations is 'congratulations on + noun / gerund' (e.g., congratulations on passing).</w:t>
      </w:r>
    </w:p>
    <w:p>
      <w:pPr>
        <w:spacing w:before="80" w:after="40"/>
        <w:ind w:left="216"/>
      </w:pPr>
      <w:r>
        <w:rPr>
          <w:rFonts w:ascii="Calibri" w:hAnsi="Calibri"/>
          <w:b/>
          <w:color w:val="000000"/>
          <w:sz w:val="19"/>
        </w:rPr>
        <w:t xml:space="preserve">5. </w:t>
      </w:r>
      <w:r>
        <w:rPr>
          <w:rFonts w:ascii="Calibri" w:hAnsi="Calibri"/>
          <w:b w:val="0"/>
          <w:i w:val="0"/>
          <w:color w:val="000000"/>
          <w:sz w:val="19"/>
        </w:rPr>
        <w:t>Which situation calls for a compliment rather than a congratulation?</w:t>
      </w:r>
    </w:p>
    <w:p>
      <w:pPr>
        <w:spacing w:before="0" w:after="20"/>
        <w:ind w:left="576"/>
      </w:pPr>
      <w:r>
        <w:rPr>
          <w:rFonts w:ascii="Calibri" w:hAnsi="Calibri"/>
          <w:b w:val="0"/>
          <w:i w:val="0"/>
          <w:color w:val="000000"/>
          <w:sz w:val="18"/>
        </w:rPr>
        <w:t>A friend won the gold medal in a swimming tournament</w:t>
      </w:r>
    </w:p>
    <w:p>
      <w:pPr>
        <w:spacing w:before="0" w:after="20"/>
        <w:ind w:left="576"/>
      </w:pPr>
      <w:r>
        <w:rPr>
          <w:rFonts w:ascii="Calibri" w:hAnsi="Calibri"/>
          <w:b w:val="0"/>
          <w:i w:val="0"/>
          <w:color w:val="000000"/>
          <w:sz w:val="18"/>
        </w:rPr>
        <w:t>A friend just graduated with honors from university</w:t>
      </w:r>
    </w:p>
    <w:p>
      <w:pPr>
        <w:spacing w:before="0" w:after="20"/>
        <w:ind w:left="576"/>
      </w:pPr>
      <w:r>
        <w:rPr>
          <w:rFonts w:ascii="Calibri" w:hAnsi="Calibri"/>
          <w:b w:val="0"/>
          <w:i w:val="0"/>
          <w:color w:val="000000"/>
          <w:sz w:val="18"/>
        </w:rPr>
        <w:t>A classmate is wearing a very neat, stylish jacket to a seminar</w:t>
      </w:r>
    </w:p>
    <w:p>
      <w:pPr>
        <w:spacing w:before="0" w:after="20"/>
        <w:ind w:left="576"/>
      </w:pPr>
      <w:r>
        <w:rPr>
          <w:rFonts w:ascii="Calibri" w:hAnsi="Calibri"/>
          <w:b w:val="0"/>
          <w:i w:val="0"/>
          <w:color w:val="000000"/>
          <w:sz w:val="18"/>
        </w:rPr>
        <w:t>A colleague was promoted to senior manager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Praising someone's appearance or clothing style is an everyday compliment, whereas major milestones/trophies call for congratulations.</w:t>
      </w:r>
    </w:p>
    <w:p>
      <w:r>
        <w:br w:type="page"/>
      </w:r>
    </w:p>
    <w:p>
      <w:pPr>
        <w:pStyle w:val="Title"/>
      </w:pPr>
      <w:r>
        <w:t>LEMBAR KERJA PESERTA DIDIK (LKPD)</w:t>
      </w:r>
    </w:p>
    <w:p>
      <w:pPr>
        <w:pStyle w:val="Subtitle"/>
      </w:pPr>
      <w:r>
        <w:t>Mata Pelajaran: Bahasa Inggris • Bab 2: Congratulating and Complimenting Others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Social Functions of Congratulations and Compliments</w:t>
      </w:r>
    </w:p>
    <w:p>
      <w:pPr>
        <w:spacing w:before="20" w:after="60"/>
        <w:ind w:left="216"/>
      </w:pPr>
      <w:r>
        <w:rPr>
          <w:rFonts w:ascii="Calibri" w:hAnsi="Calibri"/>
          <w:color w:val="000000"/>
          <w:sz w:val="18"/>
        </w:rPr>
        <w:t xml:space="preserve">Petunjuk: </w:t>
      </w:r>
      <w:r>
        <w:rPr>
          <w:rFonts w:ascii="Calibri" w:hAnsi="Calibri"/>
          <w:b w:val="0"/>
          <w:i w:val="0"/>
          <w:color w:val="000000"/>
          <w:sz w:val="18"/>
        </w:rPr>
        <w:t>Understanding when, why, and how to express congratulations and sincere praise appropriately.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Expressions of Congratulations and Responses</w:t>
      </w:r>
    </w:p>
    <w:p>
      <w:pPr>
        <w:spacing w:before="20" w:after="60"/>
        <w:ind w:left="216"/>
      </w:pPr>
      <w:r>
        <w:rPr>
          <w:rFonts w:ascii="Calibri" w:hAnsi="Calibri"/>
          <w:color w:val="000000"/>
          <w:sz w:val="18"/>
        </w:rPr>
        <w:t xml:space="preserve">Petunjuk: </w:t>
      </w:r>
      <w:r>
        <w:rPr>
          <w:rFonts w:ascii="Calibri" w:hAnsi="Calibri"/>
          <w:b w:val="0"/>
          <w:i w:val="0"/>
          <w:color w:val="000000"/>
          <w:sz w:val="18"/>
        </w:rPr>
        <w:t>Mastering formal and informal phrases: 'Congratulations on...', 'Happy graduation!', and responses 'Thank you very much!'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Patterns of Complimenting and Admiring</w:t>
      </w:r>
    </w:p>
    <w:p>
      <w:pPr>
        <w:spacing w:before="20" w:after="60"/>
        <w:ind w:left="216"/>
      </w:pPr>
      <w:r>
        <w:rPr>
          <w:rFonts w:ascii="Calibri" w:hAnsi="Calibri"/>
          <w:color w:val="000000"/>
          <w:sz w:val="18"/>
        </w:rPr>
        <w:t xml:space="preserve">Petunjuk: </w:t>
      </w:r>
      <w:r>
        <w:rPr>
          <w:rFonts w:ascii="Calibri" w:hAnsi="Calibri"/>
          <w:b w:val="0"/>
          <w:i w:val="0"/>
          <w:color w:val="000000"/>
          <w:sz w:val="18"/>
        </w:rPr>
        <w:t>Practicing compliment syntactic patterns: 'What a + adjective + noun!', 'How + adjective!', and 'You look so...'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Designing Digital Congratulatory Greeting Cards</w:t>
      </w:r>
    </w:p>
    <w:p>
      <w:pPr>
        <w:spacing w:before="20" w:after="60"/>
        <w:ind w:left="216"/>
      </w:pPr>
      <w:r>
        <w:rPr>
          <w:rFonts w:ascii="Calibri" w:hAnsi="Calibri"/>
          <w:color w:val="000000"/>
          <w:sz w:val="18"/>
        </w:rPr>
        <w:t xml:space="preserve">Petunjuk: </w:t>
      </w:r>
      <w:r>
        <w:rPr>
          <w:rFonts w:ascii="Calibri" w:hAnsi="Calibri"/>
          <w:b w:val="0"/>
          <w:i w:val="0"/>
          <w:color w:val="000000"/>
          <w:sz w:val="18"/>
        </w:rPr>
        <w:t>Writing heartfelt personal messages on customized digital cards for peer accomplishments.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Social interaction requires interpersonal communication skills to build rapport, maintain goodwill, and show genuine appreciation for others' successes and good qualities. Expressions of congratulations and compliments foster supportive social relationships in academic and professional settings.</w:t>
      </w:r>
    </w:p>
    <w:p>
      <w:pPr>
        <w:spacing w:before="40" w:after="60" w:line="276" w:lineRule="auto"/>
      </w:pPr>
      <w:r>
        <w:rPr>
          <w:rFonts w:ascii="Calibri" w:hAnsi="Calibri"/>
          <w:b w:val="0"/>
          <w:i w:val="0"/>
          <w:color w:val="000000"/>
          <w:sz w:val="19"/>
        </w:rPr>
        <w:t>Expressions of congratulation celebrate significant achievements such as winning a competition, graduating, or earning a promotion. They are often paired with wishes for continued success ('Congratulations on your winning! I am so proud of you.').</w:t>
      </w:r>
    </w:p>
    <w:p>
      <w:pPr>
        <w:spacing w:before="40" w:after="60" w:line="276" w:lineRule="auto"/>
      </w:pPr>
      <w:r>
        <w:rPr>
          <w:rFonts w:ascii="Calibri" w:hAnsi="Calibri"/>
          <w:b w:val="0"/>
          <w:i w:val="0"/>
          <w:color w:val="000000"/>
          <w:sz w:val="19"/>
        </w:rPr>
        <w:t>Compliments express admiration for someone's appearance, hard work, performance, or possessions ('What a wonderful performance!', 'You did an incredible job!'). Students role-play real-life communicative scenarios and design elegant greeting cards.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Congratulations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Words expressing praise and good wishes to someone on a special occasion or achievement.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Compliment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polite remark or expression of praise, admiration, or respect for someone's appearance or work.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Interpersonal Dialogue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conversation between two or more people aimed at establishing and maintaining social relationships.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Exclamation Pattern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grammatical structure starting with 'What a...' or 'How...' used to express strong emotion or admiration.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Rapport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close and harmonious relationship in which the people or groups concerned understand each other's feelings.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