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8: Animals Around Me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minimal 8 nama hewan dalam bahasa Inggris dengan artikulasi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Menirukan tiruan bunyi suara hewan dalam bahasa Inggris secara spontan dan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Menyatakan hewan favorit pribadi menggunakan kalimat 'I like (animal)'.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menyayangi dan merawat hewan peliharaan ciptaan Tuhan.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8 mengenai nama-nama hewan di sekitar (cat, dog, bird, fish, duck, rabbit, butterfly) dan menirukan suara serta gerakannya.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Naming Pets and Domestic Animals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nama-nama hewan peliharaan di rumah melalui kartu gambar animasi.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Animal Sounds and Mimicking Movements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Menirukan suara hewan dalam bahasa Inggris dan memperagakan gerakan melompat atau berenang.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Expressing Likes: 'I like rabbits'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Mengungkapkan hewan kesukaan diri menggunakan kalimat sederhana 'I like...'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An animal that can fly and has wings and feathers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Bird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Fish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Dog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bird (burung) has wings and feathers to fly.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An animal that swims in the water with fins and gills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Duck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Rabbit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Cow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fish (ikan) lives and swims in the water.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animal produces milk and says 'Moo... moo...'?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Monkey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cow (sapi) produces milk and makes the 'moo' sound.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 cute small animal with long ears that likes eating carrots and hops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Rabbit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Horse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Tiger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Elephant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rabbit (kelinci) has long ears, hops, and eats carrots.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English word for 'Gajah' (a large animal with a long trunk)?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Elephant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Giraffe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Zebra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Crocodile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'Gajah' in English is 'Elephant'.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8: Animals Around 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Naming Pets and Domestic Animals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nama-nama hewan peliharaan di rumah melalui kartu gambar animasi.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Animal Sounds and Mimicking Movements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Menirukan suara hewan dalam bahasa Inggris dan memperagakan gerakan melompat atau berenang.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Expressing Likes: 'I like rabbits'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Mengungkapkan hewan kesukaan diri menggunakan kalimat sederhana 'I like...'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Unit penutup kelas 1 SD membawa keceriaan dunia binatang yang dekat dengan keseharian siswa. Anak-anak belajar mengenal dan melafalkan nama-nama hewan peliharaan dan hewan di alam sekitar.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Kosakata yang dipelajari: *cat* (kucing), *dog* (anjing), *bird* (burung), *fish* (ikan), *duck* (bebek), *rabbit* (kelinci), *cow* (sapi), dan *butterfly* (kupu-kupu). Siswa juga diajak menirukan tiruan bunyi hewan (onomatopoeia dalam bahasa Inggris, seperti meow, quack, moo).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melatih daya asosiasi visual anak melalui permainan tebak suara hewan 'What sound is that? It's a duck!', serta mempraktikkan kalimat 'I like cats' atau 'The bird can fly'.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Pets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Hewan peliharaan jinak yang dipelihara di rumah untuk teman bermain (kucing, ikan, kelinci).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Animal Sounds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Tiruan bunyi suara khas yang dihasilkan oleh binatang dalam bahasa Inggris (onomatopoeia).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 Like...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kalimat bahasa Inggris yang digunakan untuk menyatakan hal atau objek yang disukai.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Movement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khas yang dilakukan hewan saat berpindah (fly, swim, jump, run).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Compassion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belas kasih dan kepedulian untuk merawat dan tidak menyakiti hewan di sekitar.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