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7: My Lovely Family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nama-nama anggota keluarga inti dalam bahasa Inggris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Mengenalkan anggota keluarga dari foto menggunakan pola kalimat 'This is my...'.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Menyanyikan lagu keluarga 'Finger Family' dengan percaya diri dan mimik ceria.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rasa cinta, kasih sayang, dan hormat kepada orang tua dan keluarga.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7 mengenai anggota keluarga inti (father, mother, brother, sister, grandfather, grandmother) dan mendeskripsikan foto keluarga.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Naming Nuclear Family Members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kosakata ayah, ibu, saudara laki-laki, saudara perempuan, dan bayi.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Singing 'Finger Family Song'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Menyanyikan lagu finger family menggunakan jari telunjuk sebagai Daddy, Mommy, Brother, Sister, Baby.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Show and Tell: 'This is My Family'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Menceritakan gambar atau foto keluarga di depan kelas dengan kalimat sederhana.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The father of my mother is my...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Grandfather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Grandmother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Uncle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Brother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father of your parents is your grandfather (kakek).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The female parent who gave birth to us and cares for us at home is our...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Father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Brother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Mother (ibu) is our female parent.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My father's son is my...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Brother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Aunt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Grandmother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male child of your parents is your brother (saudara laki-laki).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is the English word for 'Adik/Kakak Perempuan'?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Brother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Cousin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Nephew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Sister means saudara perempuan.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'I love my family.' The Indonesian meaning of this sentence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Saya menyayangi keluarga saya.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Saya pergi bersama keluarga.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Rumah saya sangat besar.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Ini adalah teman saya.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'I love my family' means 'Saya menyayangi keluarga saya'.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7: My Lovely Family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Naming Nuclear Family Members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kosakata ayah, ibu, saudara laki-laki, saudara perempuan, dan bayi.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Singing 'Finger Family Song'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Menyanyikan lagu finger family menggunakan jari telunjuk sebagai Daddy, Mommy, Brother, Sister, Baby.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Show and Tell: 'This is My Family'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Menceritakan gambar atau foto keluarga di depan kelas dengan kalimat sederhana.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Unit 7 mengajak peserta didik menceritakan anggota keluarga mereka yang penuh kasih sayang ke dalam bahasa Inggris. Siswa membawa foto keluarga atau menggambar potret keluarga mereka.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Kosakata anggota keluarga mencakup: *father/dad* (ayah), *mother/mom* (ibu), *brother* (saudara laki-laki), *sister* (saudara perempuan), *baby* (bayi), *grandfather* (kakek), dan *grandmother* (nenek).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mempraktikkan kalimat pengenalan foto keluarga 'This is my father', 'This is my mother', serta menyanyikan lagu 'Finger Family Song' dengan boneka jari bergambar karakter keluarga.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Family Members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Orang-orang yang tergabung dalam satu ikatan keluarga darah atau perkawinan.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Nuclear Family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Keluarga inti yang terdiri dari ayah, ibu, dan anak-anak.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Show and Tell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kelas di mana siswa menunjukkan suatu objek dan menceritakannya kepada teman sekelas.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Finger Puppet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Boneka mini yang dipasang pada ujung jari tangan untuk media bercerita.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Affection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kasih sayang dan kehangatan hubungan antarsesama anggota keluarga.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