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Unit 5: In My Classroom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minimal 6 nama perlengkapan kelas dalam bahasa Inggris dengan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Merespons instruksi tindakan kelas (Stand up, Sit down, Open your book) secara cepat dan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Melafalkan kalimat deklaratif penunjuk benda 'This is a pencil' secara percaya diri.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Menjaga dan merapikan alat tulis pribadi setelah digunakan dalam pembelajaran.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Bahasa Inggris Kelas 1 SD Unit 5 untuk mengenal kosakata perlengkapan sekolah (book, pencil, bag, ruler, eraser, chair, desk) dan instruksi kelas sederhana.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Naming School Objects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Menyebutkan nama alat tulis dan perabot kelas menggunakan pelafalan bahasa Inggris yang tepat.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Responding to Classroom Commands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gerak sesuai perintah kelas seperti 'Open your bag' dan 'Sit down, please'.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'What is this? This is a book'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Menjawab pertanyaan identifikasi benda kelas menggunakan pola kalimat 'This is a...'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An object in the classroom used to write on the whiteboard with marker ink is 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Board marker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Chair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Window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Door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 board marker is used by teachers and students to write on a whiteboard.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Students sit on a ... and write on a table/desk.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Chair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Clock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Ruler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Eraser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Students sit on a chair (kursi).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What item do you use to erase pencil mistakes in your notebook?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Eraser (rubber)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Pencil case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Sharpener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Scissors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An eraser (penghapus) cleans and rubs out pencil marks.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Where do you put your books, pencils, and water bottle to carry them to school?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School bag (backpack)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Trash can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Wall clock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Bookshelf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 school bag is used to carry stationery and school books.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The Indonesian meaning of 'ruler' 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Penggaris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Peraut pensil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Buku gambar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Tempat pensil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'Ruler' diterjemahkan ke dalam bahasa Indonesia sebagai penggaris.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Unit 5: In My Classroom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Naming School Objects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Menyebutkan nama alat tulis dan perabot kelas menggunakan pelafalan bahasa Inggris yang tepat.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Responding to Classroom Commands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gerak sesuai perintah kelas seperti 'Open your bag' dan 'Sit down, please'.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'What is this? This is a book'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Menjawab pertanyaan identifikasi benda kelas menggunakan pola kalimat 'This is a...'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Mengawali semester genap, peserta didik memperluas kosakata dengan mengamati perlengkapan belajar yang mereka gunakan setiap hari di dalam kelas.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Kosakata fokus meliputi: *book* (buku), *pencil* (pensil), *bag* (tas), *ruler* (penggaris), *eraser* (penghapus), *table/desk* (meja), dan *chair* (kursi). Siswa juga merespons instruksi kelas sederhana guru: 'Open your book', 'Sit down', dan 'Stand up'.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melatih daya simak melalui permainan 'Touch your pencil!', tebak isi tas sekolah (school bag guessing game), serta latihan melabeli gambar perlengkapan kelas.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Classroom Objects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Benda-benda dan perlengkapan belajar yang terdapat di dalam ruang kelas.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Classroom Commands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Instruksi atau perintah sederhana yang diucapkan guru selama proses belajar di kelas.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This is...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Pola kalimat bahasa Inggris yang digunakan untuk menunjukkan benda tunggal yang letaknya dekat.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Stationery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Peralatan dan perlengkapan tulis menulis (pensil, penghapus, penggaris, buku).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Demonstrative Pronoun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ganti petunjuk yang digunakan untuk menunjuk suatu objek (seperti 'this').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