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4: Numbers 1 to 10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Membilang angka 1 sampai dengan 10 dalam bahasa Inggris secara urut dan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jumlah objek benda di ruang kelas dan menyebutkan hasilnya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Merespons pertanyaan jumlah 'How many (objects)?' secara lisan dan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kompak saat menyanyikan lagu berhitung bersama teman sekelas.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4 mengenai membilang angka 1 sampai 10 dalam bahasa Inggris (one, two, three... ten) dan menghitung jumlah benda di kelas.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Counting Numbers from One to Ten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urutan bilangan 1 sampai 10 dengan ritme nyanyian berhitung.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and Answering 'How Many?'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jumlah pensil, kursi, atau jendela dan menjawab dengan angka yang tepat.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Action Song 'Ten Little Fingers'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Menggerakkan jari tangan selaras dengan lirik angka yang dinyanyikan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How many fingers do you have on one hand?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Five (5)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Ten (10)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Three (3)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Seven (7)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Each human hand has 5 (five) fingers.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What number comes immediately after 'seven' (7)?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Eight (8)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Six (6)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Nine (9)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Four (4)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counting sequence is 6, 7, 8 (eight).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is the English word for number '10'?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Two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Three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Twelve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number 10 is spelled 'Ten'.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Count the balls: 'O O O O'. There are ... balls.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Four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Two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Six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Five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There are 4 (four) balls.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Two plus three equals...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Five (5)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Six (6)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Four (4)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One (1)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2 + 3 = 5 (five).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4: Numbers 1 to 10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Counting Numbers from One to Ten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urutan bilangan 1 sampai 10 dengan ritme nyanyian berhitung.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and Answering 'How Many?'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jumlah pensil, kursi, atau jendela dan menjawab dengan angka yang tepat.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Action Song 'Ten Little Fingers'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Menggerakkan jari tangan selaras dengan lirik angka yang dinyanyikan bersama.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Unit 4 menutup semester ganjil dengan materi angka dasar (counting 1-10). Siswa belajar melafalkan simbol angka 1 hingga 10 dalam bahasa Inggris (*one, two, three, four, five, six, seven, eight, nine, ten*).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menghubungkan angka dengan jumlah benda nyata melalui pertanyaan 'How many books? Two books!'. Siswa juga mempraktikkan bentuk jamak sederhana dengan menambahkan bunyi 's' di akhir kata benda.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diperkuat melalui nyanyian angka 'Ten Little Fingers', permainan berhitung lompat angka (number hopscotch), serta lembar kerja menghitung dan mencocokkan jumlah gambar.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Cardinal Numbers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yang digunakan untuk menyatakan jumlah atau kuantitas benda (one, two, three).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How Many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tanya dalam bahasa Inggris yang digunakan untuk menanyakan banyaknya jumlah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Plural Noun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kata benda jamak (lebih dari satu) yang umumnya diakhiri dengan akhiran -s (contoh: two pens).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Counting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menyebutkan angka satu per satu untuk menghitung total kumpulan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Action Song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Lagu anak yang dinyanyikan sambil memperagakan gerakan tubuh sesuai lirik.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