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Unit 2: I Am Cici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Menyebutkan nama diri sendiri menggunakan kalimat 'I am...' atau 'My name is...'.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Menanyakan nama teman dengan pelafalan pertanyaan 'What is your name?' yang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Merespons ungkapan 'Nice to meet you' dengan kalimat 'Nice to meet you too'.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Berinteraksi secara aktif dalam simulasi permainan lempar bola nama di kelas.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Bahasa Inggris Kelas 1 SD Unit 2 untuk memperkenalkan nama diri (My name is...), menanyakan nama teman (What is your name?), dan usia dasar.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Introducing My Name (I am / My name is)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Melafalkan kalimat perkenalan nama diri secara mandiri dengan suara yang lantang.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Asking 'What is your name?'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tanya-jawab identitas berpasangan dengan teman sebangku.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Saying 'Nice to meet you' and Making Friends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Menunjukkan keramahan saat berkenalan dengan jabat tangan dan senyuman.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To introduce your name in English, you say: 'Hello, my name ... Made.'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are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have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The correct verb to be for the singular subject 'my name' is 'is' (My name is Made).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When you want to ask someone's name politely, you say...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'What is your name?'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'How old are you?'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'Where do you live?'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'What color is it?'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'What is your name?' is the direct and standard question to ask for someone's name.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Joshua: 'Nice to meet you, Cici.' | Cici: 'Nice to meet you, ...'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too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two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no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'Nice to meet you, too' (Senang berjumpa denganmu juga) is the polite return greeting.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If you are 7 years old, the correct sentence to express your age is...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'I am seven years old.'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'I am seven names.'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'My age seven clock.'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'I have seven books.'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Age in English is expressed with 'I am [number] years old'.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Aisyah is a student. Which pronoun is used to describe her?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She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He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They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'She' is the third-person singular pronoun for a female (girl/woman).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Unit 2: I Am Cici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Introducing My Name (I am / My name is)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Melafalkan kalimat perkenalan nama diri secara mandiri dengan suara yang lantang.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Asking 'What is your name?'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tanya-jawab identitas berpasangan dengan teman sebangku.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Saying 'Nice to meet you' and Making Friends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Menunjukkan keramahan saat berkenalan dengan jabat tangan dan senyuman.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Pada Unit 2, peserta didik dilatih memperkenalkan identitas dirinya dalam bahasa Inggris. Siswa menggunakan pola kalimat sederhana 'I am...' dan 'My name is...' di hadapan teman-teman kelas.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belajar menanyakan identitas orang lain dengan sopan menggunakan pertanyaan 'What is your name?' dan meresponsnya secara spontan. Siswa juga dikenalkan pada frasa 'Nice to meet you'.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Modul ini dilengkapi permainan bola lempar perkenalan (name toss game), menempel kartu nama bergambar (name tag), dan melafalkan nama teman dengan pelafalan artikulasi yang jelas.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Self Introduction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Kegiatan memperkenalkan diri sendiri kepada orang lain menggunakan bahasa lisan.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Name Tag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Tanda pengenal berupa kartu yang memuat tulisan nama pemiliknya.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Nice to meet you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Ungkapan santun dalam bahasa Inggris yang bermakna 'Senang berkenalan denganmu'.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Pronunciation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Cara pengucapan atau pelafalan kata bahasa Inggris yang benar dan mudah dipahami.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Dialogue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Percakapan lisan antara dua orang atau lebih yang saling bertukar informasi.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