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Menulis Artikel Ilmiah Populer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kalimat fakta dan opini dalam artikel ilmiah populer.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struktur dan teknik pengumpulan data dalam artikel.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 artikel ilmiah populer dengan bahasa yang komunikatif dan data yang valid.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mengidentifikasi fakta dan opini, struktur artikel ilmiah populer (judul, pendahuluan, pembahasan/isi, penutup), ragam bahasa ilmiah populer yang komunikatif, teknik pengumpulan data, serta penulisan artikel analitis.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Ciri dan Karakteristik Artikel Ilmiah Populer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artikel ilmiah formal murni dengan artikel ilmiah populer di media massa.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Memilah Fakta dan Opini Berdasarkan Bukti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kalimat data faktual dan kalimat pendapat subjektif dalam artikel.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Metode Pengumpulan Data (Wawancara, Kuesioner, Pustaka)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instrumen survei sederhana dan melakukan studi literatur.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Menulis Artikel Ilmiah Populer Bertema Sosial-Sekolah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draf artikel bertema budaya belajar atau kebersihan lingkungan sekolah.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Kalimat di bawah ini yang tergolong sebagai kalimat opini dalam sebuah artikel ilmiah populer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Berdasarkan data perpustakaan, sebanyak 85 siswa meminjam buku ensiklopedia pada bulan Agustus.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Menurut hemat saya, kebiasaan membaca buku di pagi hari seharusnya diwajibkan bagi seluruh siswa.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SMP Negeri 2 memiliki fasilitas laboratorium komputer berkapasitas 40 unit.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Waktu istirahat pertama di sekolah berlangsung selama 30 menit.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Frasa 'Menurut hemat saya, ... seharusnya...' menyatakan pandangan, saran, dan penilaian subjektif pribadi penulis yang merupakan ciri kalimat opini.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Ciri utama ragam bahasa yang digunakan dalam penulisan artikel ilmiah populer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Penuh dengan istilah asing yang sulit dipahami agar terkesan pintar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Komunikatif, lugas, santun, dan mudah dicerna oleh pembaca masyarakat umum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bahasa gaul slang yang tidak baku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Berbentuk dialog drama panggung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Artikel ilmiah populer dirancang untuk konsumsi publik luas di surat kabar/majalah, sehingga wajib memakai bahasa yang jernih, populer, dan komunikatif.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Metode pengumpulan data yang dilakukan dengan mengajukan pertanyaan secara langsung bertatap muka kepada narasumber ahli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Studi pustaka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Kuesioner tertulis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Wawancara (*interview*)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Eksperimen laboratorium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Wawancara adalah proses interaksi tanya jawab langsung secara lisan antara pewawancara dan narasumber untuk menggali data mendalam.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Bagian struktur artikel ilmiah populer yang memaparkan analisis argumentasi logis yang didukung data empiris hasil survei adalah bagian...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Judul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Pendahuluan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Isi / Pembahasan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Daftar pustaka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Bagian isi/pembahasan adalah ruang utama penulis menguraikan hasil temuan data, telaah fenomena, dan argumentasi pemecahan masalah.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Tujuan penyusunan kuesioner dalam pengumpulan data artikel ilmiah populer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Menghakimi responden yang menjawab salah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Menghimpun opini, data kebiasaan, dan preferensi dari sejumlah responden secara terstandar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Menggantikan seluruh proses membaca buku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Memaksa orang menyetujui pendapat penulis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Kuesioner atau angket mengumpulkan data opini dan perilaku dari sampel responden untuk menjadi dasar fakta kuantitatif/kualitatif dalam tulisan.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3: Menulis Artikel Ilmiah Populer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Ciri dan Karakteristik Artikel Ilmiah Populer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artikel ilmiah formal murni dengan artikel ilmiah populer di media massa.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Memilah Fakta dan Opini Berdasarkan Bukti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kalimat data faktual dan kalimat pendapat subjektif dalam artikel.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Metode Pengumpulan Data (Wawancara, Kuesioner, Pustaka)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instrumen survei sederhana dan melakukan studi literatur.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Menulis Artikel Ilmiah Populer Bertema Sosial-Sekolah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draf artikel bertema budaya belajar atau kebersihan lingkungan sekolah.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Artikel ilmiah populer adalah karya tulis ilmiah yang menyajikan telaah fenomena atau fakta keilmuan dengan bahasa yang ringan, komunikatif, dan mudah dipahami oleh masyarakat awam tanpa menghilangkan bobot keabsahan akademisnya.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artikel ilmiah populer terdiri atas: judul menarik (*catchy*), pendahuluan yang mengangkat isu kontekstual, isi/pembahasan yang menyajikan analisis data empiris beserta argumen logis, serta simpulan/saran di bagian penutup.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Kaidah kebahasaan artikel ilmiah populer membedakan secara tegas antara kalimat fakta (berdasarkan data statistik/observasi) dan kalimat opini (pendapat penulis). Penggunaan analogi sederhana, kalimat efektif, dan transisi logis antarrparagraf menjadikan tulisan renyah dan mencerahkan.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Artikel Ilmiah Populer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Tulisan ilmiah yang mengulas fakta sains atau sosial yang disajikan dengan gaya bahasa populer dan komunikatif untuk publik.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Fakta Ilmiah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Informasi atau peristiwa yang benar-benar ada dan terbukti kebenarannya melalui pengukuran atau bukti empiris.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Opini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Pendapat, tanggapan, gagasan, atau sudut pandang subjektif seseorang mengenai suatu fenomena yang belum tentu mutlak benar.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Kuesioner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Daftar pertanyaan tertulis yang ditujukan kepada responden untuk mengumpulkan data penelitian kuantitatif/kualitatif.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Bahasa Populer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Ragam bahasa yang santai, lugas, tidak kaku, dan mudah dimengerti oleh masyarakat umum tanpa jargon rumit.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