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D (KELAS 8)</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8)</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Menulis Teks Laporan Hasil Observasi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ide pokok dan informasi faktual dalam teks LHO.</w:t>
      </w:r>
    </w:p>
    <w:p>
      <w:pPr>
        <w:pStyle w:val="ListNumber"/>
      </w:pPr>
      <w:r>
        <w:rPr>
          <w:rFonts w:ascii="Calibri" w:hAnsi="Calibri"/>
          <w:b w:val="0"/>
          <w:i w:val="0"/>
          <w:color w:val="000000"/>
          <w:sz w:val="19"/>
        </w:rPr>
        <w:t>Peserta didik mampu menganalisis struktur dan kaidah kebahasaan teks laporan hasil observasi.</w:t>
      </w:r>
    </w:p>
    <w:p>
      <w:pPr>
        <w:pStyle w:val="ListNumber"/>
      </w:pPr>
      <w:r>
        <w:rPr>
          <w:rFonts w:ascii="Calibri" w:hAnsi="Calibri"/>
          <w:b w:val="0"/>
          <w:i w:val="0"/>
          <w:color w:val="000000"/>
          <w:sz w:val="19"/>
        </w:rPr>
        <w:t>Peserta didik mampu menyusun teks LHO bertema flora, fauna, atau lingkungan secara objektif dan sistematis.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mengidentifikasi informasi fakta objektif, struktur teks LHO (pernyataan umum/definisi, deskripsi bagian, deskripsi manfaat/simpulan), kaidah kebahasaan (kalimat definisi, kalimat deskripsi, verba relasional, istilah teknis), serta menyusun laporan observasi ilmiah.</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Ciri dan Karakteristik Teks Laporan Hasil Observasi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Menemukan informasi fakta ilmiah dan membedakannya dari teks deskripsi imajinatif.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Struktur Baku Teks LHO</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bagian pernyataan umum/definisi, deskripsi bagian, dan deskripsi manfaat.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Kaidah Kebahasaan dan Istilah Teknis Keilmuan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kalimat definisi, kalimat deskripsi, verba material/relasional, dan pungtuasi EYD.</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Menyusun Teks LHO Bertema Lingkungan Hidup</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Melakukan observasi objek nyata di lingkungan sekolah dan menulis laporan ilmiah terpadu.</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Bacalah kutipan teks: 'Komodo (*Varanus komodoensis*) merupakan spesies kadal terbesar di dunia yang hidup di pulau-pulau Nusa Tenggara Timur. Hewan purba ini tergolong karnivora puncak di ekosistemnya.' Dalam struktur teks LHO, kutipan tersebut termasuk bagian...</w:t>
      </w:r>
    </w:p>
    <w:p>
      <w:pPr>
        <w:spacing w:before="0" w:after="20"/>
        <w:ind w:left="576"/>
      </w:pPr>
      <w:r>
        <w:rPr>
          <w:rFonts w:ascii="Calibri" w:hAnsi="Calibri"/>
          <w:b w:val="0"/>
          <w:i w:val="0"/>
          <w:color w:val="000000"/>
          <w:sz w:val="18"/>
        </w:rPr>
        <w:t>Deskripsi bagian</w:t>
      </w:r>
    </w:p>
    <w:p>
      <w:pPr>
        <w:spacing w:before="0" w:after="20"/>
        <w:ind w:left="576"/>
      </w:pPr>
      <w:r>
        <w:rPr>
          <w:rFonts w:ascii="Calibri" w:hAnsi="Calibri"/>
          <w:b w:val="0"/>
          <w:i w:val="0"/>
          <w:color w:val="000000"/>
          <w:sz w:val="18"/>
        </w:rPr>
        <w:t>Pernyataan umum / Definisi umum</w:t>
      </w:r>
    </w:p>
    <w:p>
      <w:pPr>
        <w:spacing w:before="0" w:after="20"/>
        <w:ind w:left="576"/>
      </w:pPr>
      <w:r>
        <w:rPr>
          <w:rFonts w:ascii="Calibri" w:hAnsi="Calibri"/>
          <w:b w:val="0"/>
          <w:i w:val="0"/>
          <w:color w:val="000000"/>
          <w:sz w:val="18"/>
        </w:rPr>
        <w:t>Deskripsi manfaat</w:t>
      </w:r>
    </w:p>
    <w:p>
      <w:pPr>
        <w:spacing w:before="0" w:after="20"/>
        <w:ind w:left="576"/>
      </w:pPr>
      <w:r>
        <w:rPr>
          <w:rFonts w:ascii="Calibri" w:hAnsi="Calibri"/>
          <w:b w:val="0"/>
          <w:i w:val="0"/>
          <w:color w:val="000000"/>
          <w:sz w:val="18"/>
        </w:rPr>
        <w:t>Simpulan penutup</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Kutipan memuat nama ilmiah, klasifikasi taksonomi, dan definisi dasar objek komodo, yang merupakan ciri khas bagian pernyataan umum (definisi umum).</w:t>
      </w:r>
    </w:p>
    <w:p>
      <w:pPr>
        <w:spacing w:before="80" w:after="40"/>
        <w:ind w:left="216"/>
      </w:pPr>
      <w:r>
        <w:rPr>
          <w:rFonts w:ascii="Calibri" w:hAnsi="Calibri"/>
          <w:b/>
          <w:color w:val="000000"/>
          <w:sz w:val="19"/>
        </w:rPr>
        <w:t xml:space="preserve">2. </w:t>
      </w:r>
      <w:r>
        <w:rPr>
          <w:rFonts w:ascii="Calibri" w:hAnsi="Calibri"/>
          <w:b w:val="0"/>
          <w:i w:val="0"/>
          <w:color w:val="000000"/>
          <w:sz w:val="19"/>
        </w:rPr>
        <w:t>Kalimat di bawah ini yang merupakan contoh kalimat definisi yang tepat adalah...</w:t>
      </w:r>
    </w:p>
    <w:p>
      <w:pPr>
        <w:spacing w:before="0" w:after="20"/>
        <w:ind w:left="576"/>
      </w:pPr>
      <w:r>
        <w:rPr>
          <w:rFonts w:ascii="Calibri" w:hAnsi="Calibri"/>
          <w:b w:val="0"/>
          <w:i w:val="0"/>
          <w:color w:val="000000"/>
          <w:sz w:val="18"/>
        </w:rPr>
        <w:t>Pohon kelapa memiliki batang yang tinggi menjulang ke angkasa.</w:t>
      </w:r>
    </w:p>
    <w:p>
      <w:pPr>
        <w:spacing w:before="0" w:after="20"/>
        <w:ind w:left="576"/>
      </w:pPr>
      <w:r>
        <w:rPr>
          <w:rFonts w:ascii="Calibri" w:hAnsi="Calibri"/>
          <w:b w:val="0"/>
          <w:i w:val="0"/>
          <w:color w:val="000000"/>
          <w:sz w:val="18"/>
        </w:rPr>
        <w:t>Hutan mangrove adalah ekosistem lahan basah pasang surut yang didominasi oleh pohon-pohon bakau.</w:t>
      </w:r>
    </w:p>
    <w:p>
      <w:pPr>
        <w:spacing w:before="0" w:after="20"/>
        <w:ind w:left="576"/>
      </w:pPr>
      <w:r>
        <w:rPr>
          <w:rFonts w:ascii="Calibri" w:hAnsi="Calibri"/>
          <w:b w:val="0"/>
          <w:i w:val="0"/>
          <w:color w:val="000000"/>
          <w:sz w:val="18"/>
        </w:rPr>
        <w:t>Daun lidah buaya terasa dingin dan berlendir saat dipotong.</w:t>
      </w:r>
    </w:p>
    <w:p>
      <w:pPr>
        <w:spacing w:before="0" w:after="20"/>
        <w:ind w:left="576"/>
      </w:pPr>
      <w:r>
        <w:rPr>
          <w:rFonts w:ascii="Calibri" w:hAnsi="Calibri"/>
          <w:b w:val="0"/>
          <w:i w:val="0"/>
          <w:color w:val="000000"/>
          <w:sz w:val="18"/>
        </w:rPr>
        <w:t>Bunga melati mengeluarkan aroma yang sangat semerbak pada malam hari.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Kalimat kedua menggunakan kata kopula 'adalah' untuk merumuskan pengertian atau batasan ilmiah dari ekosistem hutan mangrove.</w:t>
      </w:r>
    </w:p>
    <w:p>
      <w:pPr>
        <w:spacing w:before="80" w:after="40"/>
        <w:ind w:left="216"/>
      </w:pPr>
      <w:r>
        <w:rPr>
          <w:rFonts w:ascii="Calibri" w:hAnsi="Calibri"/>
          <w:b/>
          <w:color w:val="000000"/>
          <w:sz w:val="19"/>
        </w:rPr>
        <w:t xml:space="preserve">3. </w:t>
      </w:r>
      <w:r>
        <w:rPr>
          <w:rFonts w:ascii="Calibri" w:hAnsi="Calibri"/>
          <w:b w:val="0"/>
          <w:i w:val="0"/>
          <w:color w:val="000000"/>
          <w:sz w:val="19"/>
        </w:rPr>
        <w:t>Perbedaan mendasar antara teks Laporan Hasil Observasi (LHO) dengan teks Deskripsi terletak pada...</w:t>
      </w:r>
    </w:p>
    <w:p>
      <w:pPr>
        <w:spacing w:before="0" w:after="20"/>
        <w:ind w:left="576"/>
      </w:pPr>
      <w:r>
        <w:rPr>
          <w:rFonts w:ascii="Calibri" w:hAnsi="Calibri"/>
          <w:b w:val="0"/>
          <w:i w:val="0"/>
          <w:color w:val="000000"/>
          <w:sz w:val="18"/>
        </w:rPr>
        <w:t>Teks LHO memuat opini subjektif dan emosional penulis</w:t>
      </w:r>
    </w:p>
    <w:p>
      <w:pPr>
        <w:spacing w:before="0" w:after="20"/>
        <w:ind w:left="576"/>
      </w:pPr>
      <w:r>
        <w:rPr>
          <w:rFonts w:ascii="Calibri" w:hAnsi="Calibri"/>
          <w:b w:val="0"/>
          <w:i w:val="0"/>
          <w:color w:val="000000"/>
          <w:sz w:val="18"/>
        </w:rPr>
        <w:t>Teks LHO menyajikan klasifikasi umum berbasis fakta ilmiah empiris, sedangkan teks deskripsi menggambarkan objek secara spesifik dan personal</w:t>
      </w:r>
    </w:p>
    <w:p>
      <w:pPr>
        <w:spacing w:before="0" w:after="20"/>
        <w:ind w:left="576"/>
      </w:pPr>
      <w:r>
        <w:rPr>
          <w:rFonts w:ascii="Calibri" w:hAnsi="Calibri"/>
          <w:b w:val="0"/>
          <w:i w:val="0"/>
          <w:color w:val="000000"/>
          <w:sz w:val="18"/>
        </w:rPr>
        <w:t>Teks deskripsi hanya berisi istilah biologi</w:t>
      </w:r>
    </w:p>
    <w:p>
      <w:pPr>
        <w:spacing w:before="0" w:after="20"/>
        <w:ind w:left="576"/>
      </w:pPr>
      <w:r>
        <w:rPr>
          <w:rFonts w:ascii="Calibri" w:hAnsi="Calibri"/>
          <w:b w:val="0"/>
          <w:i w:val="0"/>
          <w:color w:val="000000"/>
          <w:sz w:val="18"/>
        </w:rPr>
        <w:t>Teks LHO ditulis dalam bentuk puisi berima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Teks LHO bersifat universal, ilmiah, dan mengklasifikasikan objek secara objektif, sedangkan teks deskripsi berfokus pada penghayatan personal terhadap objek tunggal tertentu.</w:t>
      </w:r>
    </w:p>
    <w:p>
      <w:pPr>
        <w:spacing w:before="80" w:after="40"/>
        <w:ind w:left="216"/>
      </w:pPr>
      <w:r>
        <w:rPr>
          <w:rFonts w:ascii="Calibri" w:hAnsi="Calibri"/>
          <w:b/>
          <w:color w:val="000000"/>
          <w:sz w:val="19"/>
        </w:rPr>
        <w:t xml:space="preserve">4. </w:t>
      </w:r>
      <w:r>
        <w:rPr>
          <w:rFonts w:ascii="Calibri" w:hAnsi="Calibri"/>
          <w:b w:val="0"/>
          <w:i w:val="0"/>
          <w:color w:val="000000"/>
          <w:sz w:val="19"/>
        </w:rPr>
        <w:t>Istilah teknis di bidang botani/biologi yang tepat untuk melengkapi kalimat 'Tumbuhan hijau menyerap energi cahaya matahari untuk melakukan proses ... di dalam kloroplas' adalah...</w:t>
      </w:r>
    </w:p>
    <w:p>
      <w:pPr>
        <w:spacing w:before="0" w:after="20"/>
        <w:ind w:left="576"/>
      </w:pPr>
      <w:r>
        <w:rPr>
          <w:rFonts w:ascii="Calibri" w:hAnsi="Calibri"/>
          <w:b w:val="0"/>
          <w:i w:val="0"/>
          <w:color w:val="000000"/>
          <w:sz w:val="18"/>
        </w:rPr>
        <w:t>Metamorfosis</w:t>
      </w:r>
    </w:p>
    <w:p>
      <w:pPr>
        <w:spacing w:before="0" w:after="20"/>
        <w:ind w:left="576"/>
      </w:pPr>
      <w:r>
        <w:rPr>
          <w:rFonts w:ascii="Calibri" w:hAnsi="Calibri"/>
          <w:b w:val="0"/>
          <w:i w:val="0"/>
          <w:color w:val="000000"/>
          <w:sz w:val="18"/>
        </w:rPr>
        <w:t>Fotosintesis</w:t>
      </w:r>
    </w:p>
    <w:p>
      <w:pPr>
        <w:spacing w:before="0" w:after="20"/>
        <w:ind w:left="576"/>
      </w:pPr>
      <w:r>
        <w:rPr>
          <w:rFonts w:ascii="Calibri" w:hAnsi="Calibri"/>
          <w:b w:val="0"/>
          <w:i w:val="0"/>
          <w:color w:val="000000"/>
          <w:sz w:val="18"/>
        </w:rPr>
        <w:t>Fermentasi</w:t>
      </w:r>
    </w:p>
    <w:p>
      <w:pPr>
        <w:spacing w:before="0" w:after="20"/>
        <w:ind w:left="576"/>
      </w:pPr>
      <w:r>
        <w:rPr>
          <w:rFonts w:ascii="Calibri" w:hAnsi="Calibri"/>
          <w:b w:val="0"/>
          <w:i w:val="0"/>
          <w:color w:val="000000"/>
          <w:sz w:val="18"/>
        </w:rPr>
        <w:t>Osmosis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Fotosintesis adalah istilah teknis biologi untuk proses pembentukan zat makanan oleh tumbuhan berklorofil menggunakan energi cahaya matahari.</w:t>
      </w:r>
    </w:p>
    <w:p>
      <w:pPr>
        <w:spacing w:before="80" w:after="40"/>
        <w:ind w:left="216"/>
      </w:pPr>
      <w:r>
        <w:rPr>
          <w:rFonts w:ascii="Calibri" w:hAnsi="Calibri"/>
          <w:b/>
          <w:color w:val="000000"/>
          <w:sz w:val="19"/>
        </w:rPr>
        <w:t xml:space="preserve">5. </w:t>
      </w:r>
      <w:r>
        <w:rPr>
          <w:rFonts w:ascii="Calibri" w:hAnsi="Calibri"/>
          <w:b w:val="0"/>
          <w:i w:val="0"/>
          <w:color w:val="000000"/>
          <w:sz w:val="19"/>
        </w:rPr>
        <w:t>Bagian teks LHO yang memaparkan khasiat tanaman lidah buaya untuk mengobati luka bakar, melembapkan kulit, dan menyuburkan rambut termasuk bagian...</w:t>
      </w:r>
    </w:p>
    <w:p>
      <w:pPr>
        <w:spacing w:before="0" w:after="20"/>
        <w:ind w:left="576"/>
      </w:pPr>
      <w:r>
        <w:rPr>
          <w:rFonts w:ascii="Calibri" w:hAnsi="Calibri"/>
          <w:b w:val="0"/>
          <w:i w:val="0"/>
          <w:color w:val="000000"/>
          <w:sz w:val="18"/>
        </w:rPr>
        <w:t>Pernyataan umum</w:t>
      </w:r>
    </w:p>
    <w:p>
      <w:pPr>
        <w:spacing w:before="0" w:after="20"/>
        <w:ind w:left="576"/>
      </w:pPr>
      <w:r>
        <w:rPr>
          <w:rFonts w:ascii="Calibri" w:hAnsi="Calibri"/>
          <w:b w:val="0"/>
          <w:i w:val="0"/>
          <w:color w:val="000000"/>
          <w:sz w:val="18"/>
        </w:rPr>
        <w:t>Deskripsi bagian</w:t>
      </w:r>
    </w:p>
    <w:p>
      <w:pPr>
        <w:spacing w:before="0" w:after="20"/>
        <w:ind w:left="576"/>
      </w:pPr>
      <w:r>
        <w:rPr>
          <w:rFonts w:ascii="Calibri" w:hAnsi="Calibri"/>
          <w:b w:val="0"/>
          <w:i w:val="0"/>
          <w:color w:val="000000"/>
          <w:sz w:val="18"/>
        </w:rPr>
        <w:t>Deskripsi manfaat</w:t>
      </w:r>
    </w:p>
    <w:p>
      <w:pPr>
        <w:spacing w:before="0" w:after="20"/>
        <w:ind w:left="576"/>
      </w:pPr>
      <w:r>
        <w:rPr>
          <w:rFonts w:ascii="Calibri" w:hAnsi="Calibri"/>
          <w:b w:val="0"/>
          <w:i w:val="0"/>
          <w:color w:val="000000"/>
          <w:sz w:val="18"/>
        </w:rPr>
        <w:t>Latar belakang masalah</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Uraian mengenai khasiat, fungsi fungsional, dan kegunaan objek bagi kehidupan dikelompokkan ke dalam bagian deskripsi manfaat.</w:t>
      </w:r>
    </w:p>
    <w:p>
      <w:r>
        <w:br w:type="page"/>
      </w:r>
    </w:p>
    <w:p>
      <w:pPr>
        <w:pStyle w:val="Title"/>
      </w:pPr>
      <w:r>
        <w:t>LEMBAR KERJA PESERTA DIDIK (LKPD)</w:t>
      </w:r>
    </w:p>
    <w:p>
      <w:pPr>
        <w:pStyle w:val="Subtitle"/>
      </w:pPr>
      <w:r>
        <w:t>Mata Pelajaran: Bahasa Indonesia • Bab 1: Menulis Teks Laporan Hasil Observasi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Ciri dan Karakteristik Teks Laporan Hasil Observasi</w:t>
      </w:r>
    </w:p>
    <w:p>
      <w:pPr>
        <w:spacing w:before="20" w:after="60"/>
        <w:ind w:left="216"/>
      </w:pPr>
      <w:r>
        <w:rPr>
          <w:rFonts w:ascii="Calibri" w:hAnsi="Calibri"/>
          <w:color w:val="000000"/>
          <w:sz w:val="18"/>
        </w:rPr>
        <w:t xml:space="preserve">Petunjuk: </w:t>
      </w:r>
      <w:r>
        <w:rPr>
          <w:rFonts w:ascii="Calibri" w:hAnsi="Calibri"/>
          <w:b w:val="0"/>
          <w:i w:val="0"/>
          <w:color w:val="000000"/>
          <w:sz w:val="18"/>
        </w:rPr>
        <w:t>Menemukan informasi fakta ilmiah dan membedakannya dari teks deskripsi imajinatif.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Struktur Baku Teks LHO</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bagian pernyataan umum/definisi, deskripsi bagian, dan deskripsi manfaat.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Kaidah Kebahasaan dan Istilah Teknis Keilmuan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kalimat definisi, kalimat deskripsi, verba material/relasional, dan pungtuasi EYD.</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Menyusun Teks LHO Bertema Lingkungan Hidup</w:t>
      </w:r>
    </w:p>
    <w:p>
      <w:pPr>
        <w:spacing w:before="20" w:after="60"/>
        <w:ind w:left="216"/>
      </w:pPr>
      <w:r>
        <w:rPr>
          <w:rFonts w:ascii="Calibri" w:hAnsi="Calibri"/>
          <w:color w:val="000000"/>
          <w:sz w:val="18"/>
        </w:rPr>
        <w:t xml:space="preserve">Petunjuk: </w:t>
      </w:r>
      <w:r>
        <w:rPr>
          <w:rFonts w:ascii="Calibri" w:hAnsi="Calibri"/>
          <w:b w:val="0"/>
          <w:i w:val="0"/>
          <w:color w:val="000000"/>
          <w:sz w:val="18"/>
        </w:rPr>
        <w:t>Melakukan observasi objek nyata di lingkungan sekolah dan menulis laporan ilmiah terpadu.</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Teks Laporan Hasil Observasi (LHO) adalah teks faktual yang menyajikan hasil pengamatan sistematis terhadap suatu objek, fenomena alam, satwa, tumbuhan, atau kondisi sosial budaya secara objektif apa adanya tanpa opini subjektif penulis.</w:t>
      </w:r>
    </w:p>
    <w:p>
      <w:pPr>
        <w:spacing w:before="40" w:after="60" w:line="276" w:lineRule="auto"/>
      </w:pPr>
      <w:r>
        <w:rPr>
          <w:rFonts w:ascii="Calibri" w:hAnsi="Calibri"/>
          <w:b w:val="0"/>
          <w:i w:val="0"/>
          <w:color w:val="000000"/>
          <w:sz w:val="19"/>
        </w:rPr>
        <w:t>Struktur teks LHO tersusun secara baku atas tiga bagian: (1) pernyataan umum atau definisi umum yang memuat klasifikasi ilmiah dan pengertian objek, (2) deskripsi bagian yang memerinci morfologi fisik, habitat, atau perilaku objek secara mendalam, serta (3) deskripsi manfaat atau simpulan yang memaparkan kegunaan objek bagi kehidupan.</w:t>
      </w:r>
    </w:p>
    <w:p>
      <w:pPr>
        <w:spacing w:before="40" w:after="60" w:line="276" w:lineRule="auto"/>
      </w:pPr>
      <w:r>
        <w:rPr>
          <w:rFonts w:ascii="Calibri" w:hAnsi="Calibri"/>
          <w:b w:val="0"/>
          <w:i w:val="0"/>
          <w:color w:val="000000"/>
          <w:sz w:val="19"/>
        </w:rPr>
        <w:t>Kaidah kebahasaan teks LHO ditandai oleh penggunaan kalimat definisi (*adalah, merupakan, yaitu*), kalimat deskripsi berbasis panca indra, istilah teknis keilmuan (*habitat, metamorfosis, fotosintesis*), verba relasional, serta kalimat pasif yang mengedepankan objektivitas fakta empiris.</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 LHO</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Teks yang memuat penjabaran umum atau laporan mengenai hasil pengamatan langsung di lapangan secara faktual dan ilmiah.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Pernyataan Umum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Bagian pembuka teks LHO yang memuat informasi klasifikasi umum dan definisi dasar objek yang diobservasi.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Kalimat Definisi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Kalimat yang memberikan penjelasan atau pengertian mendasar tentang suatu objek dengan konjungsi *adalah, merupakan, yaitu*.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Deskripsi Manfaat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Bagian struktur LHO yang memaparkan fungsi, kegunaan, atau nilai guna objek yang diamati bagi manusia dan lingkungan.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Istilah Teknis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Kata khusus yang maknanya berlaku spesifik dalam bidang ilmu atau keahlian tertentu (seperti *ekosistem, klorofil*).</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8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