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Jelajah Nusantara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ide pokok, informasi rinci, dan kesan panca indra dalam teks deskripsi.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dan kaidah kebahasaan teks deskripsi.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teks deskripsi secara kreatif dengan pilihan kata yang ekspresif.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mengidentifikasi informasi objek wisata dan budaya, struktur teks deskripsi (identifikasi, deskripsi bagian, simpulan), kaidah kebahasaan (kata sifat, kata konkret, majas asosiasi), serta penyajian teks lisan dan tulis.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Ciri dan Tujuan Komunikasi Teks Deskripsi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tersurat dan tersirat serta merinci kesan panca indra dalam teks.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Teks Deskripsi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bagian identifikasi umum, deskripsi bagian, dan penutup/simpulan teks.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Kaidah Kebahasaan Teks Deskripsi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kata konkret, kata sifat, kata berimbuhan meN-, dan majas personifikasi.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Menulis dan Menyajikan Teks Deskripsi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deskripsi objek wisata lokal dengan pilihan kata yang memikat dan tepat.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Bacalah kutipan berikut: 'Deburan ombak memecah keheningan Pantai Parangtritis saat semburat jingga matahari perlahan tenggelam di ufuk barat.' Citraan indra yang paling dominan dalam kutipan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Citraan perabaan dan penciuman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Citraan pendengaran dan penglihatan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Citraan pengecapan dan gerak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Citraan penciuman dan perabaan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'Deburan ombak memecah keheningan' melibatkan indra pendengaran (auditori), sedangkan 'semburat jingga matahari tenggelam' melibatkan indra penglihatan (visual).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Bagian struktur teks deskripsi yang memaparkan perincian fisik, keunikan arsitektur, dan suasana detail suatu objek wisata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Identifikasi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Deskripsi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Simpulan/kesan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Deskripsi bagian berisi perincian mendalam mengenai objek yang diamati berdasarkan pengelompokan bagian-bagian fisiknya.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Kalimat yang memuat majas personifikasi di bawah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Rumah adat Tongkonan berdiri megah di lereng pegunungan Toraja.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Angin sepoi-sepoi membelai lembut pepohonan kelapa di tepi pantai.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Candi Borobudur tersusun dari ribuan balok batu andesit.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Air danau itu sangat jernih bagaikan cermin kaca.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Frasa 'angin membelai lembut' memberikan sifat insani (membelai) kepada benda mati (angin), yang merupakan ciri khas majas personifikasi.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Penulisan kata berimbuhan meN- yang tepat ketika bertemu kata dasar yang diawali huruf k, p, t, 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Mempesona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Memesona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Menterjemahkan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Mensucikan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Sesuai kaidah EYD, fonem /p/ luluh menjadi /m/ saat diberi imbuhan meN- pada kata dasar bersuku kata lebih dari satu (meN- + pesona = memesona).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Tujuan utama penulisan teks deskripsi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Menceritakan urutan kejadian masa lalu secara kronologis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petunjuk langkah-langkah membuat suatu produk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Menggambarkan objek sehingga pembaca seolah-olah melihat dan merasakan objek tersebut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Membujuk pembaca agar meyakini suatu pendapat atau argumen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Teks deskripsi bertujuan merangsang imajinasi dan penghayatan pembaca agar dapat membayangkan wujud fisik objek secara jelas.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1: Jelajah Nusantara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Ciri dan Tujuan Komunikasi Teks Deskripsi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tersurat dan tersirat serta merinci kesan panca indra dalam teks.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Teks Deskripsi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bagian identifikasi umum, deskripsi bagian, dan penutup/simpulan teks.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Kaidah Kebahasaan Teks Deskripsi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kata konkret, kata sifat, kata berimbuhan meN-, dan majas personifikasi.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Menulis dan Menyajikan Teks Deskripsi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deskripsi objek wisata lokal dengan pilihan kata yang memikat dan tepat.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Teks deskripsi adalah teks yang melukiskan suatu objek, tempat, atau peristiwa secara terperinci sehingga pembaca seolah-olah melihat, mendengar, dan merasakan langsung objek yang dipaparkan. Penggunaan citraan penglihatan, pendengaran, dan perabaan memperkuat daya sugestif tulisan.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teks deskripsi tersusun atas identifikasi/gambaran umum objek di bagian awal, deskripsi bagian yang memerinci rincian fisik atau suasana objek secara sistematis, serta simpulan atau kesan umum penulis di akhir teks.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Kaidah kebahasaan teks deskripsi ditandai oleh penggunaan kata-kata konkret, adjektiva (kata sifat), sinonim bermakna khusus, frasa nominal, serta majas personifikasi atau perbandingan untuk menghidupkan gambaran objek wisata alam dan budaya Nusantara.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Deskripsi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tulisan yang menggambarkan suatu objek secara rinci dan konkret berdasarkan pengamatan panca indra.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Identifikasi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struktur teks deskripsi yang memuat pengenalan umum nama objek, lokasi, dan gambaran awal.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Konkret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rujukannya dapat dilihat, diraba, didengar, atau dirasakan secara nyata oleh indra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Majas Personifikasi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bahasa kiasan yang mengumpamakan benda mati seolah-olah memiliki sifat dan perilaku hidup seperti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Citraan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Penggunaan kata yang memicu tanggapan visual, auditori, atau taktil dalam imajinasi pembaca.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