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Aku Bisa Berempati (Fabel &amp; Sudut Pandang Pencerita)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sudut pandang pencerita orang pertama ('aku') dan orang ketiga ('dia/nama tokoh').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emosi dan motivasi tindakan tokoh dalam cerita melalui petunjuk kontekstual teks.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refleksi diri mengenai pengalaman menolong teman dan menghargai perbedaan.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sudut pandang pencerita (orang pertama, orang ketiga serba tahu) dalam fabel modern dan cerpen, menelaah diksi ungkapan perasaan, serta menulis esai refleksi empati terhadap sesama.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Fabel dan Cerita Empati Sosial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nilai welas asih, saling tolong menolong, dan menghargai keterbatasan teman.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Sudut Pandang Pencerita (Orang Pertama dan Orang Ketiga)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teknik bercerita dengan kata ganti 'aku' dan sudut pandang serbatahu 'dia'.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Narasi dari Sudut Pandang Orang Pertama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cerpen sudut pandang orang ketiga menjadi narasi batin sudut pandang 'aku'.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Kutipan cerita: 'Pagi itu aku mengayuh sepedaku dengan tergesa-gesa. Aku takut terlambat sampai di sekolah karena jalanan becek.' Kutipan tersebut menggunakan sudut pandang...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Orang pertama (tokoh aku)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Orang ketiga serbatahu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Orang kedua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Sudut pandang campuran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Penggunaan kata ganti 'aku' dan 'sepedaku' menandai sudut pandang orang pertama.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Sikap empati yang tepat ketika melihat seorang teman baru yang pendiam dan kesulitan berjalan membawa buku tebal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Menertawakannya dari kejauhan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Menghampirinya dengan ramah dan menawarkan bantuan membawakan sebagian buku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Mengabaikannya karena bukan teman sekelas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Memotretnya untuk diunggah ke media sosial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Empati diwujudkan dalam tindakan nyata peduli dan membantu kesulitan orang lain.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Kutipan cerita: 'Doni memandang jendela dengan tatapan kosong. Di dalam hatinya, ia sangat merindukan kehadiran ayahnya yang sedang berlayar.' Sudut pandang yang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Orang pertama pelaku utama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Orang ketiga (pengarang serbatahu)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Orang kedua jamak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Sudut pandang dramatik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Pengarang menyebut nama 'Doni' dan mengetahui isi batin perasaannya (orang ketiga serbatahu).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simpati dan empati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Simpati hanya merasa kasihan, sedangkan empati mampu merasakan perasaan orang lain dan mendorong tindakan nyata membantu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Simpati lebih mendalam daripada empati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Empati hanya untuk hewan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Keduanya tidak memiliki hubungan dengan perasaan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Empati melibatkan pemahaman mendalam dan tindakan menempatkan diri pada posisi orang lain.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Cerita yang tokoh-tokohnya diperankan oleh hewan yang berwatak dan berbicara seperti manusia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Fabel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Mite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Roman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Fabel adalah dongeng hewan dengan muatan pesan moral kemanusiaan.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7: Aku Bisa Berempati (Fabel &amp; Sudut Pandang Pencerita)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Fabel dan Cerita Empati Sosial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nilai welas asih, saling tolong menolong, dan menghargai keterbatasan teman.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Sudut Pandang Pencerita (Orang Pertama dan Orang Ketiga)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teknik bercerita dengan kata ganti 'aku' dan sudut pandang serbatahu 'dia'.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Narasi dari Sudut Pandang Orang Pertama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cerpen sudut pandang orang ketiga menjadi narasi batin sudut pandang 'aku'.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aku bisa berempati mendalami teks fabel filosofis dan cerpen bertema kepedulian sosial, inklusivitas terhadap teman difabel, dan pencegahan diskriminasi.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konsep sudut pandang (point of view) pencerita: sudut pandang orang pertama (aku/kami sebagai pelaku utama atau sampingan) dan sudut pandang orang ketiga (dia/mereka/nama tokoh yang serbatahu).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berlatih menuliskan cerita fiksi dengan sudut pandang orang pertama untuk mengasah kepekaan merasakan perasaan orang lain (berempati).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Empati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untuk memahami, merasakan, dan menempatkan diri pada posisi perasaan atau pengalaman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Pandang (Point of View)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pandang atau posisi pengarang dalam menyajikan tokoh, tindakan, dan latar dalam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Pandang Orang Pertama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penceritaan di mana tokoh utama atau saksi menggunakan kata ganti 'aku' atau 'saya'.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Pandang Orang Ketiga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penceritaan di mana pengarang berada di luar cerita dan menyebut tokoh dengan kata 'dia', 'ia', 'mereka', atau nama 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Fabel Filosofis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Cerita fiksi bertokoh binatang yang memuat pesan perenungan moral dan kebijaksanaan hidup mendalam.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