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Liburan Perpisahan Kelas (Proposal Kegiatan Sederhana)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bagian latar belakang, tujuan, sasaran, susunan acara, dan anggaran proposal.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surat undangan resmi untuk wali murid dan pihak sekolah dengan tata surat baku.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Mempresentasikan rencana kegiatan perpisahan kelas dalam forum musyawarah bersama guru dan siswa.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struktur proposal kegiatan sekolah, menyusun draf proposal acara perpisahan dan studi wisata kelas 6, merancang rincian anggaran biaya, dan menyusun surat undangan resmi.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Sistematika Proposal Kegiatan Perpisahan Kelas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draf proposal acara pentas seni atau karya wisata akhir tahun sekolah.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Format dan Bahasa Surat Resmi (Surat Dinas)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Menulis surat undangan wali murid dengan kepala surat, nomor, dan bahasa baku.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Menulis Surat Pribadi untuk Sahabat dan Guru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Menuangkan ungkapan terima kasih dan kesan persahabatan dalam surat pribadi yang santun.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Bagian yang mutlak ada pada surat resmi (dinas) namun tidak ada pada surat pribadi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Salam penutup dan nama pengirim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Kop surat (kepala surat), nomor surat, dan cap stempel resmi lembaga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Tanggal penulisan surat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Isi pesan yang disampaikan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Kop surat, nomor surat, dan stempel adalah ciri khas legalitas surat dinas resmi.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Bagian proposal kegiatan yang memuat alasan penting mengapa suatu kegiatan perlu diselenggarakan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Latar belakang kegiatan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Susunan panitia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Anggaran biaya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Jadwal acara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Latar belakang menguraikan argumen dan alasan mendasar penyelenggaraan acara.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Penulisan tanggal surat resmi yang benar tanpa kop surat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Jakarta, 25 Mei 2026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Jakarta 25-05-2026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Jakarta: 25 Mei 2026.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Jakarta, 25-Mei-2026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Penulisan standar: Nama kota diikuti tanda koma, tanggal, bulan huruf, dan tahun tanpa titik akhir.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Bahasa yang digunakan dalam penulisan surat pribadi kepada sahabat karib sebaiknya bersifat...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Sangat kaku dengan nomor surat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Santun, akrab, bersahabat, dan jelas maksudnya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Menggunakan bahasa sandi rahasia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Berisi ancaman dan tuntutan uang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Surat pribadi bernada akrab, hangat, dan komunikatif namun tetap beretika santun.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Pihak yang bertanggung jawab menyusun dan menandatangani proposal kegiatan kelas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Ketua panitia dan sekretaris kegiatan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Penjaga gerbang sekolah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Seluruh adik kelas 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Pemilik warung kantin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Ketua panitia dan sekretaris adalah pengusul resmi penanggung jawab proposal.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6: Liburan Perpisahan Kelas (Proposal Kegiatan Sederhana)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Sistematika Proposal Kegiatan Perpisahan Kelas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draf proposal acara pentas seni atau karya wisata akhir tahun sekolah.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Format dan Bahasa Surat Resmi (Surat Dinas)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Menulis surat undangan wali murid dengan kepala surat, nomor, dan bahasa baku.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Menulis Surat Pribadi untuk Sahabat dan Guru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Menuangkan ungkapan terima kasih dan kesan persahabatan dalam surat pribadi yang santun.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liburan perpisahan kelas melatih kecakapan fungsional peserta didik dalam merancang proposal kegiatan sederhana dan menulis surat dinas/resmi serta surat pribadi.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sistematika proposal kegiatan sekolah: nama kegiatan, latar belakang, tujuan, waktu dan tempat pelaksanaan, susunan panitia, susunan acara, serta estimasi rincian anggaran biaya.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korespondensi membedakan struktur surat dinas (kop surat, nomor, lampiran, perihal, cap stempel) dengan surat pribadi yang lebih fleksibel dan santun.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Proposal Kegiatan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Rancangan usulan kerja tertulis yang disusun secara sistematis untuk diajukan kepada pihak pembina/sekolah guna memperoleh persetujuan dan dukungan dana.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Surat Dinas (Resmi)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Surat yang ditulis oleh suatu instansi, lembaga, atau organisasi resmi untuk keperluan kedinasan.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Kop Surat (Kepala Surat)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Bagian teratas surat resmi yang memuat nama lembaga, logo, alamat lengkap, dan kontak resmi.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Surat Pribadi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Surat yang dibuat oleh seseorang untuk menyampaikan pesan pribadi kepada keluarga atau sahabat tanpa format kaku.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Anggaran Biaya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Perkiraan rincian penerimaan dan pengeluaran dana yang dibutuhkan untuk melaksanakan suatu acara.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