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INDONESIA — FASE C (KELAS 6)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6)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Indonesia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Jeda untuk Iklim (Teks Eksplanasi Ilmiah)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Mengidentifikasi bagian pernyataan umum, deretan penjelas, dan interpretasi teks eksplanasi.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Menggunakan kata hubung kausalitas (karena itu, berakibat pada) dalam menguraikan fenomena alam.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Merancang poster kampanye aksi iklim yang memadukan slogan persuasif dan ilustrasi bermakna.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Membaca teks eksplanasi ilmiah tentang krisis iklim global, menggunakan konjungsi kausalitas (sebab-akibat) dan kronologis, serta merancang infografik dan poster kampanye hemat energi.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Menelaah Sebab Akibat Perubahan Iklim Global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Mengidentifikasi emisi gas buang, efek rumah kaca, dan naiknya suhu atmosfer bumi.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Konjungsi Kausalitas Bertingkat dan Kronologis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Menggunakan kata hubung 'akibatnya', 'oleh sebab itu', 'berdampak pada' dalam kalimat kompleks.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Menulis Artikel Ilmiah Populer Aksi Peduli Bumi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teks eksplanasi padat fakta dengan bahasa komunikatif.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Kata hubung yang menyatakan hubungan akibat dalam teks eksplanasi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Karena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Sebab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Akibatnya / Sehingga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Ketika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'Akibatnya' dan 'sehingga' mengantarkan klausa hasil atau konsekuensi logis.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Urutan kronologis yang tepat dalam teks eksplanasi terjadinya efek rumah kaca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Es kutub mencair → Gas rumah kaca menumpuk → Suhu bumi naik → Radiasi panas terperangkap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Emisi gas menumpuk di atmosfer → Radiasi panas terperangkap → Suhu bumi naik → Es kutub mencair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Suhu bumi turun → Es membeku → Gas menumpuk → Banjir surut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Es mencair → Suhu turun → Pabrik menyala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Urutan logis: emisi gas berlebih → panas terperangkap → pemanasan global → pencairan es kutub.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Ciri bahasa artikel ilmiah populer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Menggunakan bahasa gaul yang tidak baku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Berbasis data fakta ilmiah namun disampaikan dengan bahasa yang santun, lugas, dan mudah dimengerti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Menggunakan rumus fisika tanpa penjelasan kata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Menggunakan cerita dongeng khayalan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Ilmiah populer menyajikan kebenaran ilmiah dalam bahasa komunikatif.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Kalimat berikut yang menunjukkan hubungan kausalitas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Hutan lindung ditebangi secara liar, akibatnya bencana tanah longsor melanda permukiman warga.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Rani membeli buku dan adiknya membeli pensil.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Ayah membaca koran sambil minum teh.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Rumah itu sangat besar dan indah.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Penebangan hutan (sebab) memicu bencana longsor (akibat) ditandai konjungsi 'akibatnya'.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Tindakan nyata yang dapat kita lakukan untuk menekan jejak emisi karbon di sekolah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Membakar sampah plastik di halaman sekolah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Berjalan kaki atau bersepeda ke sekolah dan mematikan AC saat ruangan kosong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Membiarkan lampu menyala siang malam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Menggunakan kendaraan bermotor untuk jarak 50 meter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Transportasi non-emisi dan hemat energi listrik mengurangi produksi gas karbon.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Indonesia • Bab 4: Jeda untuk Iklim (Teks Eksplanasi Ilmiah)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Menelaah Sebab Akibat Perubahan Iklim Global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Mengidentifikasi emisi gas buang, efek rumah kaca, dan naiknya suhu atmosfer bumi.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Konjungsi Kausalitas Bertingkat dan Kronologis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Menggunakan kata hubung 'akibatnya', 'oleh sebab itu', 'berdampak pada' dalam kalimat kompleks.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Menulis Artikel Ilmiah Populer Aksi Peduli Bumi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teks eksplanasi padat fakta dengan bahasa komunikatif.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jeda untuk iklim membedah teks eksplanasi ilmiah mendalam mengenai dinamika perubahan iklim global, pencairan gletser kutub, kenaikan air laut, dan cuaca ekstrem.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menganalisis rantai hubungan sebab-akibat (kausalitas) menggunakan diagram alur proses dan konjungsi kausalitas bertingkat.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dilatih menyusun artikel ilmiah populer yang memuat rekomendasi solusi aksi hijau berbasis data riset ilmiah.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Perubahan Iklim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Perubahan pola cuaca dan suhu global dalam jangka panjang yang disebabkan oleh aktivitas industri manusia.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Emisi Karbon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Pelepasan gas karbon dioksida ke atmosfer dari pembakaran bahan bakar fosil dan deforestasi.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Kausalitas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Prinsip hubungan keterkaitan sebab dan akibat antara dua peristiwa atau lebih.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Artikel Ilmiah Populer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Karya tulis ilmiah yang menyajikan fakta sains dengan gaya bahasa populer yang mudah dipahami khalayak umum.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Jejak Karbon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Total jumlah gas rumah kaca yang dihasilkan oleh aktivitas kegiatan manusia sehari-hari.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Indonesia Kelas 6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