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Taman Nasional dan Situs Warisan Dunia (Teks LHO)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struktur teks LHO (definisi umum, deskripsi bagian, deskripsi manfaat).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kalimat fakta objektif dan kalimat opini subjektif dalam teks laporan.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laporan hasil observasi tentang flora/fauna di sekitar sekolah dengan data faktual.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Laporan Hasil Observasi (LHO) tentang taman nasional dan cagar biosfer Indonesia, membedakan kalimat fakta dan opini, serta menyusun laporan observasi lingkungan terstruktur.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Menggali Informasi Teks LHO Taman Nasional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klasifikasi habitat Badak Bercula Satu dan Orangutan Kalimantan.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Menggunakan Majas Asosiasi dalam Paragraf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perumpamaan dengan kata pembanding laksana, bagaikan, seperti.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Laporan Investigasi Lingkungan Kawasan Konservasi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deskripsi bagian dan manfaat ekologis kawasan suaka margasatwa.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mengandung majas asosiasi (menggunakan kata pembanding)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Wajah kedua saudara kembar itu bagaikan pinang dibelah dua.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Pohon beringin itu berdiri tegap di tengah lapangan.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Singa adalah raja hutan rimba.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Api melalap puluhan rumah warga.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 pembanding 'bagaikan' mengidentifikasi gaya bahasa majas asosiasi.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Taman Nasional Ujung Kulon di Provinsi Banten terkenal di dunia sebagai habitat perlindungan satwa langka...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Badak bercula satu (Jawa)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Komodo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Harimau Sumatra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Burung Cendrawasih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Ujung Kulon adalah suaka perlindungan terakhir bagi badak bercula satu di Pulau Jawa.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pembanding yang biasa digunakan dalam majas asosiasi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Dan, serta, lalu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Seperti, bagai, laksana, bak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Karena, sebab, sehingga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Walaupun, kendati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Seperti, bagai, laksana, bak adalah kata perumpamaan asosiasi.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teks LHO yang memaparkan peran penting taman nasional bagi penyedia oksigen dan penelitian sains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Definisi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Deskripsi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Deskripsi manfaat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Konflik cerita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Deskripsi manfaat menguraikan fungsi ekologis dan nilai guna objek pengamatan.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Pernyataan 'Tanduk rusa itu bercabang-cabang kokoh laksana ranting pohon oak' menggunakan gaya bahasa...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Hiperbola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Personifikasi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Asosiasi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Ironi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Penggunaan kata 'laksana' membandingkan tanduk rusa dengan ranting pohon (asosiasi).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3: Taman Nasional dan Situs Warisan Dunia (Teks LHO)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Menggali Informasi Teks LHO Taman Nasional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klasifikasi habitat Badak Bercula Satu dan Orangutan Kalimantan.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Menggunakan Majas Asosiasi dalam Paragraf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perumpamaan dengan kata pembanding laksana, bagaikan, seperti.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Laporan Investigasi Lingkungan Kawasan Konservasi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deskripsi bagian dan manfaat ekologis kawasan suaka margasatwa.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taman nasional dan situs warisan dunia membimbing siswa mengamati kawasan konservasi alam flora-fauna khas Indonesia (Taman Nasional Komodo, Ujung Kulon, Tanjung Puting, Lorentz Papua) melalui penulisan Teks Laporan Hasil Observasi lanjutan.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klasifikasi ilmiah sederhana, deskripsi habitat, pola adaptasi satwa endemik, dan ancaman kepunahan yang dihadapi.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mengkaji majas asosiasi (perumpamaan menggunakan kata pembanding: bagai, laksana, seperti, bak) serta istilah-istilah biologi konservasi.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Taman 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Kawasan pelestarian alam yang mempunyai ekosistem asli dan dikelola dengan sistem zonasi untuk penelitian dan pariwisata.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Majas Asosiasi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bahasa perbandingan dua hal yang berbeda hakikatnya namun dianggap sama dengan kata pembanding (seperti, bagai, laksana).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Satwa Endemik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Spesies hewan yang secara alami hanya hidup dan berkembang biak di kawasan geografis tertentu di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Suaka Margasatwa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Kawasan suaka alam yang memiliki ciri khas berupa keanekaragaman atau keunikan jenis satwa yang membutuhkan perlindungan.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Konservasi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Upaya pelestarian, perlindungan, dan pengelolaan sumber daya alam hayati agar terjaga keberlanjutannya.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