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Musisi Indonesia di Pentas Dunia (Teks Biografi Tokoh)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struktur teks biografi (orientasi, urutan peristiwa/masalah, reorientasi).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kalimat efektif yang padu dan tidak berbelit-belit dalam penulisan profil tokoh.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biografi singkat tentang sosok teladan di lingkungan sekitar atau tokoh nasional.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teks biografi tokoh seniman/musisi berprestasi internasional, menyusun daftar pertanyaan wawancara mendalam, dan menulis teks profil tokoh inspiratif dengan kalimat efektif.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Struktur dan Ciri Kebahasaan Teks Biografi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alur hidup, hambatan yang diatasi, dan prestasi tokoh dunia dalam teks.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Menggali Keteladanan dan Karakter Pantang Menyerah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nilai kerja keras, kedisiplinan, dan dedikasi tinggi tokoh.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Biografi Singkat Tokoh Idola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narasi kronologis biografi tokoh lokal dengan data fakta valid.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Bagian penutup dalam teks biografi yang memuat ulasan atau pandangan penulis mengenai keteladanan tokoh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Orientasi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Peristiwa penting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Reorientasi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Komplikasi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Reorientasi adalah bagian evaluasi akhir yang memuat kesimpulan atas jasa tokoh.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Kata ganti orang ketiga tunggal yang digunakan untuk menunjukkan rasa hormat kepada tokoh yang dituakan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Beliau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Kamu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Mereka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'Beliau' adalah kata ganti orang ketiga tunggal bernada takzim dan hormat.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Hal yang paling bermanfaat dapat kita petik dari membaca teks biografi seorang tokoh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Mengetahui jumlah kekayaan pribadinya semata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Meneladani sikap kerja keras, pantang menyerah, dan dedikasi positif sang tokoh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Meniru kesalahan hidupnya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Mengkritik kelemahan keluarganya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Tujuan membaca biografi adalah memetik inspirasi dan teladan karakter unggul tokoh.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Kalimat yang menggunakan kata kerja tindakan material dalam biografi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Ia merasa sangat sedih.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Tokoh tersebut merancang satelit komunikasi pertama Indonesia di laboratorium.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Beliau adalah orang yang sabar.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Pikiran sang tokoh sangat tenang.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'Merancang' adalah verba tindakan material konkret yang dapat diamati.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Teks biografi digolongkan sebagai teks nonfiksi faktual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Ditulis berdasarkan kenyataan sejarah hidup tokoh nyata bukan karangan khayalan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Ditulis oleh tokoh itu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Memuat cerita mantra sihir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Memiliki tokoh hewan berbicara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Biografi memuat peristiwa dan data historis nyata kehidupan seseorang.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Musisi Indonesia di Pentas Dunia (Teks Biografi Tokoh)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Struktur dan Ciri Kebahasaan Teks Biografi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alur hidup, hambatan yang diatasi, dan prestasi tokoh dunia dalam teks.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Menggali Keteladanan dan Karakter Pantang Menyerah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nilai kerja keras, kedisiplinan, dan dedikasi tinggi tokoh.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Biografi Singkat Tokoh Idola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narasi kronologis biografi tokoh lokal dengan data fakta valid.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musisi Indonesia di pentas dunia menelaah teks biografi tokoh inspiratif (musisi, atlet, ilmuwan, sastrawan) yang berhasil mengharumkan nama bangsa di kancah internasional.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biografi: orientasi (pengenalan awal tokoh), peristiwa penting dan masalah (tahapan perjuangan, rintangan, dan capaian karier), serta reorientasi (pandangan/kesimpulan penulis tentang keteladanan tokoh).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melatih penggunaan kata kerja tindakan material, kata ganti orang ketiga (ia, beliau, -nya), dan kalimat majemuk bertingkat penanda waktu dan perlawanan.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Biografi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nonfiksi yang menceritakan riwayat hidup, perjuangan, dan pencapaian seseorang yang ditulis oleh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Orientasi Biografi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pembuka yang berisi pengenalan tokoh, latar belakang keluarga, dan masa kecil.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Reorientasi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penutup biografi yang berisi pandangan atau kesimpulan penulis mengenai kontribusi dan keteladanan tokoh.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Pronomina (Kata Ganti)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yang digunakan untuk menggantikan kata benda atau orang (contoh: beliau, dia, ia).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Linimasa (Timeline)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Penyajian urutan peristiwa atau tahapan hidup secara kronologis menurut urutan waktu.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