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Sayangi Bumi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tesis, argumen, dan rekomendasi dalam teks eksposisi pelestarian alam.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ringkasan teks panjang dengan mempertahankan gagasan pokok tanpa mengubah makna asli.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kalimat majemuk setara menggunakan kata hubung (dan, tetapi, atau, sedangkan).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eksposisi bertema krisis lingkungan dan kelestarian hutan, menyusun ringkasan (ikhtisar) bacaan menggunakan kata-kata sendiri, serta menerapkan kaidah kalimat majemuk setara.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Struktur Teks Eksposisi Pelestarian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tesis, argumen logis, dan saran penegasan ulang dalam artikel lingkungan hidup.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Teknik Membuat Ringkasan Teks yang Padat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Menggabungkan ide pokok setiap paragraf menjadi satu ringkasan runtut tanpa mengubah makna asli.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Merancang Poster dan Kalimat Persuasif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slogan kreatif dan kalimat ajakan imperatif halus (mari, ayo, jagalah).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berikut yang tergolong kalimat persuasif ajakan untuk menjaga kebersihan lingkungan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Sampah plastik menumpuk di tempat pembuangan akhir.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Mari kita kurangi penggunaan kantong plastik demi kelestarian bumi tercinta!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Plastik terbuat dari senyawa polimer sintetis.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Banyak orang membuang sampah sembarangan.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Kata 'mari kita kurangi' merupakan ciri khas kalimat persuasif bernada ajakan aksi nyata.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Langkah pertama yang benar dalam membuat ringkasan dari sebuah teks bacaan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Langsung menulis ulang paragraf terakhir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Membaca naskah asli dengan saksama untuk memahami isi keseluruhan dan mencatat ide pokok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Mengubah seluruh isi cerita menjadi fiksi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Menghapus semua angka dan fakta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Membaca komprehensif dan menemukan ide pokok tiap paragraf adalah syarat mutlak merangkum.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Bagian teks eksposisi yang memuat alasan kuat, bukti ilmiah, dan fakta pendukung pendapat penulis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Argumentasi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Penegasan ulang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Kata pengantar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Bagian argumentasi berisi fakta dan data penguat pendapat penulis.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Ciri khas kalimat slogan yang baik pada poster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Sangat panjang menyerupai cerpen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Singkat, padat, berima menarik, dan mudah diingat pembaca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Menggunakan istilah ilmiah asing yang rumit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Menggunakan kata-kata kasar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Slogan harus singkat, berdaya pikat kuat, dan mudah diingat publik.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Slogan poster yang tepat untuk gerakan hemat air bersih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Buanglah sampah pada tempatnya!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Hemat air hari ini untuk kehidupan masa depan yang lestari!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Rajin belajar pangkal pandai!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Belilah air minum kemasan setiap saat!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Slogan pilihan B secara tepat mengangkat pesan konservasi air.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7: Sayangi Bumi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Struktur Teks Eksposisi Pelestarian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tesis, argumen logis, dan saran penegasan ulang dalam artikel lingkungan hidup.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Teknik Membuat Ringkasan Teks yang Padat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Menggabungkan ide pokok setiap paragraf menjadi satu ringkasan runtut tanpa mengubah makna asli.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Merancang Poster dan Kalimat Persuasif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slogan kreatif dan kalimat ajakan imperatif halus (mari, ayo, jagalah).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sayangi bumi memadukan keterampilan membaca kritis teks eksposisi bertema krisis lingkungan (pencemaran sampah plastik, polusi sungai, krisis air bersih) dan pembuatan media persuasi.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teks eksposisi: tesis (pernyataan pendapat), argumentasi (alasan didukung bukti data), dan penegasan ulang rekomendasi.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dilatih membuat ringkasan teks secara ringkas dan membuat poster kampanye publik yang memadukan gambar mencolok dan kalimat slogan persuasif bernada ajakan santun.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Eksposisi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nonfiksi yang menyajikan informasi atau gagasan dengan tujuan meyakinkan pembaca melalui argumentasi logis.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pembuka teks eksposisi yang berisi sudut pandang atau pernyataan sikap penulis terhadap topik.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Persuasif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bertujuan membujuk, merayu, atau mengajak orang lain agar melakukan tindakan yang diharapkan.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Ringkasan (Ikhtisar)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penyajian singkat dari suatu karangan panjang dengan mempertahankan perbandingan proporsional ide pokok aslinya.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Slogan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pendek yang menarik, mencolok, dan mudah diingat untuk menyampaikan pesan kampanye.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